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DE7760" w14:textId="77777777" w:rsidR="00E96DAA" w:rsidRDefault="00FE797B">
      <w:pPr>
        <w:pStyle w:val="Title"/>
        <w:jc w:val="center"/>
      </w:pPr>
      <w:r>
        <w:t>INNERCARE RESEARCH PROJECT INTEREST FORM</w:t>
      </w:r>
    </w:p>
    <w:p w14:paraId="4496A07A" w14:textId="77777777" w:rsidR="00E96DAA" w:rsidRDefault="00FE797B">
      <w:pPr>
        <w:jc w:val="center"/>
      </w:pPr>
      <w:r>
        <w:rPr>
          <w:i/>
        </w:rPr>
        <w:t>For external investigators, academic partners, and research collaborators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E96DAA" w14:paraId="6AEA625E" w14:textId="77777777">
        <w:trPr>
          <w:jc w:val="center"/>
        </w:trPr>
        <w:tc>
          <w:tcPr>
            <w:tcW w:w="10368" w:type="dxa"/>
            <w:tcBorders>
              <w:top w:val="single" w:sz="5" w:space="0" w:color="8EA9C1"/>
              <w:left w:val="single" w:sz="5" w:space="0" w:color="8EA9C1"/>
              <w:bottom w:val="single" w:sz="5" w:space="0" w:color="8EA9C1"/>
              <w:right w:val="single" w:sz="5" w:space="0" w:color="8EA9C1"/>
            </w:tcBorders>
            <w:shd w:val="clear" w:color="auto" w:fill="EAF2F8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619732DF" w14:textId="77777777" w:rsidR="00E96DAA" w:rsidRDefault="00FE797B" w:rsidP="00BE407E">
            <w:pPr>
              <w:spacing w:after="0" w:line="240" w:lineRule="auto"/>
            </w:pPr>
            <w:r>
              <w:rPr>
                <w:b/>
              </w:rPr>
              <w:t>Before you begin</w:t>
            </w:r>
          </w:p>
          <w:p w14:paraId="00878AF4" w14:textId="372CBCB2" w:rsidR="00E96DAA" w:rsidRDefault="00FE797B" w:rsidP="00BE407E">
            <w:pPr>
              <w:spacing w:after="0" w:line="240" w:lineRule="auto"/>
            </w:pPr>
            <w:r>
              <w:t xml:space="preserve">Complete this form as fully as possible so Innercare can evaluate feasibility, operational impact, privacy/security requirements, and needed agreements. If a question is not yet known, enter “TBD.” </w:t>
            </w:r>
            <w:r w:rsidR="00A15EA7">
              <w:t>If a question is not applicable</w:t>
            </w:r>
            <w:r w:rsidR="005009C8">
              <w:t xml:space="preserve"> to the project</w:t>
            </w:r>
            <w:r w:rsidR="00133CE5">
              <w:t>, enter “NA</w:t>
            </w:r>
            <w:r w:rsidR="005009C8">
              <w:t xml:space="preserve">.”  </w:t>
            </w:r>
            <w:r>
              <w:t>Attach supporting documents where requested.</w:t>
            </w:r>
          </w:p>
        </w:tc>
      </w:tr>
    </w:tbl>
    <w:p w14:paraId="3CCCA50A" w14:textId="5D8E4D26" w:rsidR="00E96DAA" w:rsidRDefault="00FE797B" w:rsidP="00B6443F">
      <w:pPr>
        <w:spacing w:before="100" w:after="40"/>
        <w:ind w:left="350"/>
      </w:pPr>
      <w:r>
        <w:rPr>
          <w:b/>
        </w:rPr>
        <w:t xml:space="preserve">Submit completed form and attachments in one email thread to: </w:t>
      </w:r>
      <w:r>
        <w:t>Sara Sanders, Chief Development Officer</w:t>
      </w:r>
      <w:r w:rsidR="001B6A2C">
        <w:t xml:space="preserve"> </w:t>
      </w:r>
      <w:r w:rsidR="00B6443F">
        <w:t>(</w:t>
      </w:r>
      <w:r>
        <w:t>SaraS@innercare.org) and Caroline Trujillo, Clinical Research Coordinator (CarolineT@innercare.org).</w:t>
      </w:r>
    </w:p>
    <w:p w14:paraId="11E43D70" w14:textId="77777777" w:rsidR="00E96DAA" w:rsidRDefault="00FE797B">
      <w:pPr>
        <w:pStyle w:val="Heading1"/>
        <w:spacing w:before="160" w:after="60"/>
      </w:pPr>
      <w:r>
        <w:t>1. Request Details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E96DAA" w14:paraId="0B77C40B" w14:textId="77777777">
        <w:trPr>
          <w:jc w:val="center"/>
        </w:trPr>
        <w:tc>
          <w:tcPr>
            <w:tcW w:w="5184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C15AC21" w14:textId="77777777" w:rsidR="00E96DAA" w:rsidRDefault="00FE797B">
            <w:r>
              <w:rPr>
                <w:b/>
              </w:rPr>
              <w:t>Request submission date (MM/DD/YYYY)</w:t>
            </w:r>
          </w:p>
        </w:tc>
        <w:tc>
          <w:tcPr>
            <w:tcW w:w="5184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F7F7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67961E6" w14:textId="77777777" w:rsidR="00E96DAA" w:rsidRDefault="004C1F4E">
            <w:sdt>
              <w:sdtPr>
                <w:alias w:val="SUBMISSION_DATE"/>
                <w:tag w:val="SUBMISSION_DATE"/>
                <w:id w:val="-494346672"/>
                <w:text/>
              </w:sdtPr>
              <w:sdtEndPr/>
              <w:sdtContent>
                <w:r w:rsidR="00FE797B">
                  <w:t>Click or tap here to enter text.</w:t>
                </w:r>
              </w:sdtContent>
            </w:sdt>
          </w:p>
        </w:tc>
      </w:tr>
      <w:tr w:rsidR="00E96DAA" w14:paraId="4D34B293" w14:textId="77777777">
        <w:trPr>
          <w:jc w:val="center"/>
        </w:trPr>
        <w:tc>
          <w:tcPr>
            <w:tcW w:w="5184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CA89292" w14:textId="77777777" w:rsidR="00E96DAA" w:rsidRDefault="00FE797B">
            <w:r>
              <w:rPr>
                <w:b/>
              </w:rPr>
              <w:t>Requested start date (MM/YYYY)</w:t>
            </w:r>
          </w:p>
        </w:tc>
        <w:tc>
          <w:tcPr>
            <w:tcW w:w="5184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F7F7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A0BA3D6" w14:textId="77777777" w:rsidR="00E96DAA" w:rsidRDefault="004C1F4E">
            <w:sdt>
              <w:sdtPr>
                <w:alias w:val="START_DATE"/>
                <w:tag w:val="START_DATE"/>
                <w:id w:val="-684599812"/>
                <w:text/>
              </w:sdtPr>
              <w:sdtEndPr/>
              <w:sdtContent>
                <w:r w:rsidR="00FE797B">
                  <w:t>Click or tap here to enter text.</w:t>
                </w:r>
              </w:sdtContent>
            </w:sdt>
          </w:p>
        </w:tc>
      </w:tr>
      <w:tr w:rsidR="00E96DAA" w14:paraId="79F11C1B" w14:textId="77777777">
        <w:trPr>
          <w:jc w:val="center"/>
        </w:trPr>
        <w:tc>
          <w:tcPr>
            <w:tcW w:w="5184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9B38FBC" w14:textId="77777777" w:rsidR="00E96DAA" w:rsidRDefault="00FE797B">
            <w:r>
              <w:rPr>
                <w:b/>
              </w:rPr>
              <w:t>Project title</w:t>
            </w:r>
          </w:p>
        </w:tc>
        <w:tc>
          <w:tcPr>
            <w:tcW w:w="5184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F7F7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89E136F" w14:textId="77777777" w:rsidR="00E96DAA" w:rsidRDefault="004C1F4E">
            <w:sdt>
              <w:sdtPr>
                <w:alias w:val="PROJECT_TITLE"/>
                <w:tag w:val="PROJECT_TITLE"/>
                <w:id w:val="-960963853"/>
                <w:text/>
              </w:sdtPr>
              <w:sdtEndPr/>
              <w:sdtContent>
                <w:r w:rsidR="00FE797B">
                  <w:t>Click or tap here to enter text.</w:t>
                </w:r>
              </w:sdtContent>
            </w:sdt>
          </w:p>
        </w:tc>
      </w:tr>
      <w:tr w:rsidR="00E96DAA" w14:paraId="76E6276A" w14:textId="77777777">
        <w:trPr>
          <w:jc w:val="center"/>
        </w:trPr>
        <w:tc>
          <w:tcPr>
            <w:tcW w:w="5184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1D01E3D" w14:textId="77777777" w:rsidR="00E96DAA" w:rsidRDefault="00FE797B">
            <w:r>
              <w:rPr>
                <w:b/>
              </w:rPr>
              <w:t>External partner organization(s)</w:t>
            </w:r>
          </w:p>
        </w:tc>
        <w:tc>
          <w:tcPr>
            <w:tcW w:w="5184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F7F7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824C954" w14:textId="77777777" w:rsidR="00E96DAA" w:rsidRDefault="004C1F4E">
            <w:sdt>
              <w:sdtPr>
                <w:alias w:val="EXTERNAL_PARTNERS"/>
                <w:tag w:val="EXTERNAL_PARTNERS"/>
                <w:id w:val="-1399352728"/>
                <w:text/>
              </w:sdtPr>
              <w:sdtEndPr/>
              <w:sdtContent>
                <w:r w:rsidR="00FE797B">
                  <w:t>Click or tap here to enter text.</w:t>
                </w:r>
              </w:sdtContent>
            </w:sdt>
          </w:p>
        </w:tc>
      </w:tr>
    </w:tbl>
    <w:p w14:paraId="054484BF" w14:textId="77777777" w:rsidR="00B6443F" w:rsidRDefault="00B6443F">
      <w:pPr>
        <w:spacing w:after="80"/>
      </w:pPr>
    </w:p>
    <w:p w14:paraId="7682F355" w14:textId="52B75003" w:rsidR="00E96DAA" w:rsidRDefault="00FE797B">
      <w:pPr>
        <w:spacing w:after="80"/>
      </w:pPr>
      <w:r>
        <w:t>☐ Research   ☐ Quality Improvement (</w:t>
      </w:r>
      <w:proofErr w:type="gramStart"/>
      <w:r>
        <w:t>QI)</w:t>
      </w:r>
      <w:r w:rsidR="001B6A2C">
        <w:t xml:space="preserve">   </w:t>
      </w:r>
      <w:proofErr w:type="gramEnd"/>
      <w:r>
        <w:t>☐ Program Evaluation</w:t>
      </w:r>
      <w:r w:rsidR="001B6A2C">
        <w:t xml:space="preserve">   </w:t>
      </w:r>
      <w:r>
        <w:t>☐ Operations   ☐ Other</w:t>
      </w:r>
    </w:p>
    <w:p w14:paraId="18BDFE64" w14:textId="77777777" w:rsidR="00E96DAA" w:rsidRDefault="00FE797B">
      <w:pPr>
        <w:keepNext/>
        <w:spacing w:before="40" w:after="40"/>
      </w:pPr>
      <w:r>
        <w:rPr>
          <w:b/>
        </w:rPr>
        <w:t>If Other, specify: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68"/>
      </w:tblGrid>
      <w:tr w:rsidR="00E96DAA" w14:paraId="57C67700" w14:textId="77777777">
        <w:trPr>
          <w:cantSplit/>
          <w:jc w:val="center"/>
        </w:trPr>
        <w:tc>
          <w:tcPr>
            <w:tcW w:w="1036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F7F7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BD4F534" w14:textId="77777777" w:rsidR="00E96DAA" w:rsidRDefault="004C1F4E" w:rsidP="00BE407E">
            <w:pPr>
              <w:spacing w:after="0" w:line="240" w:lineRule="auto"/>
            </w:pPr>
            <w:sdt>
              <w:sdtPr>
                <w:alias w:val="PROJECT_TYPE_OTHER"/>
                <w:tag w:val="PROJECT_TYPE_OTHER"/>
                <w:id w:val="-2019679230"/>
                <w:text/>
              </w:sdtPr>
              <w:sdtEndPr/>
              <w:sdtContent>
                <w:r w:rsidR="00FE797B">
                  <w:t>Click or tap here to enter text.</w:t>
                </w:r>
              </w:sdtContent>
            </w:sdt>
          </w:p>
        </w:tc>
      </w:tr>
    </w:tbl>
    <w:p w14:paraId="73D022EC" w14:textId="77777777" w:rsidR="00E96DAA" w:rsidRDefault="00E96DAA" w:rsidP="00BE407E">
      <w:pPr>
        <w:spacing w:after="0" w:line="240" w:lineRule="auto"/>
      </w:pPr>
    </w:p>
    <w:p w14:paraId="60FE38D6" w14:textId="77777777" w:rsidR="008812E4" w:rsidRDefault="004C1F4E" w:rsidP="00BE407E">
      <w:pPr>
        <w:spacing w:after="0" w:line="240" w:lineRule="auto"/>
      </w:pPr>
      <w:r>
        <w:rPr>
          <w:i/>
        </w:rPr>
        <w:t>The applicant’s selection is preliminary. Innercare and, when appropriate, the reviewing IRB will determine the final classification. A project described as QI, operations, or program evaluation may still require privacy review, contractual protections, pa</w:t>
      </w:r>
      <w:r>
        <w:rPr>
          <w:i/>
        </w:rPr>
        <w:t>tient authorization, or IRB consultation.</w:t>
      </w:r>
    </w:p>
    <w:p w14:paraId="12D8B578" w14:textId="77777777" w:rsidR="00E96DAA" w:rsidRDefault="00FE797B">
      <w:pPr>
        <w:pStyle w:val="Heading1"/>
        <w:spacing w:before="160" w:after="60"/>
      </w:pPr>
      <w:r>
        <w:t>2. Primary Project Contacts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56"/>
        <w:gridCol w:w="3456"/>
        <w:gridCol w:w="3456"/>
      </w:tblGrid>
      <w:tr w:rsidR="00E96DAA" w14:paraId="5720E6DD" w14:textId="77777777">
        <w:trPr>
          <w:jc w:val="center"/>
        </w:trPr>
        <w:tc>
          <w:tcPr>
            <w:tcW w:w="3456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D9E2F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EB66848" w14:textId="77777777" w:rsidR="00E96DAA" w:rsidRDefault="00FE797B">
            <w:r>
              <w:rPr>
                <w:b/>
              </w:rPr>
              <w:t>Contact information</w:t>
            </w:r>
          </w:p>
        </w:tc>
        <w:tc>
          <w:tcPr>
            <w:tcW w:w="3456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D9E2F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6CB41A9" w14:textId="77777777" w:rsidR="00E96DAA" w:rsidRDefault="00FE797B">
            <w:r>
              <w:rPr>
                <w:b/>
              </w:rPr>
              <w:t>Primary contact / lead</w:t>
            </w:r>
          </w:p>
        </w:tc>
        <w:tc>
          <w:tcPr>
            <w:tcW w:w="3456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D9E2F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EA2D061" w14:textId="77777777" w:rsidR="00E96DAA" w:rsidRDefault="00FE797B">
            <w:r>
              <w:rPr>
                <w:b/>
              </w:rPr>
              <w:t>Secondary contact (optional)</w:t>
            </w:r>
          </w:p>
        </w:tc>
      </w:tr>
      <w:tr w:rsidR="00E96DAA" w14:paraId="71AFF2B2" w14:textId="77777777">
        <w:trPr>
          <w:jc w:val="center"/>
        </w:trPr>
        <w:tc>
          <w:tcPr>
            <w:tcW w:w="3456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4458D05" w14:textId="77777777" w:rsidR="00E96DAA" w:rsidRDefault="00FE797B">
            <w:r>
              <w:rPr>
                <w:b/>
              </w:rPr>
              <w:t>Full name</w:t>
            </w:r>
          </w:p>
        </w:tc>
        <w:tc>
          <w:tcPr>
            <w:tcW w:w="3456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B3FBF67" w14:textId="77777777" w:rsidR="00E96DAA" w:rsidRDefault="004C1F4E">
            <w:sdt>
              <w:sdtPr>
                <w:alias w:val="PRIMARY_NAME"/>
                <w:tag w:val="PRIMARY_NAME"/>
                <w:id w:val="-281268163"/>
                <w:text/>
              </w:sdtPr>
              <w:sdtEndPr/>
              <w:sdtContent>
                <w:r w:rsidR="00FE797B">
                  <w:t>Click or tap here to enter text.</w:t>
                </w:r>
              </w:sdtContent>
            </w:sdt>
          </w:p>
        </w:tc>
        <w:tc>
          <w:tcPr>
            <w:tcW w:w="3456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BDB14C5" w14:textId="77777777" w:rsidR="00E96DAA" w:rsidRDefault="004C1F4E">
            <w:sdt>
              <w:sdtPr>
                <w:alias w:val="SECONDARY_NAME"/>
                <w:tag w:val="SECONDARY_NAME"/>
                <w:id w:val="-1653589160"/>
                <w:text/>
              </w:sdtPr>
              <w:sdtEndPr/>
              <w:sdtContent>
                <w:r w:rsidR="00FE797B">
                  <w:t>Click or tap here to enter text.</w:t>
                </w:r>
              </w:sdtContent>
            </w:sdt>
          </w:p>
        </w:tc>
      </w:tr>
      <w:tr w:rsidR="00E96DAA" w14:paraId="02A43117" w14:textId="77777777">
        <w:trPr>
          <w:jc w:val="center"/>
        </w:trPr>
        <w:tc>
          <w:tcPr>
            <w:tcW w:w="3456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5FE87BC" w14:textId="77777777" w:rsidR="00E96DAA" w:rsidRDefault="00FE797B">
            <w:r>
              <w:rPr>
                <w:b/>
              </w:rPr>
              <w:t>Role / title</w:t>
            </w:r>
          </w:p>
        </w:tc>
        <w:tc>
          <w:tcPr>
            <w:tcW w:w="3456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0A9EE86" w14:textId="77777777" w:rsidR="00E96DAA" w:rsidRDefault="004C1F4E">
            <w:sdt>
              <w:sdtPr>
                <w:alias w:val="PRIMARY_ROLE"/>
                <w:tag w:val="PRIMARY_ROLE"/>
                <w:id w:val="-1000350184"/>
                <w:text/>
              </w:sdtPr>
              <w:sdtEndPr/>
              <w:sdtContent>
                <w:r w:rsidR="00FE797B">
                  <w:t>Click or tap here to enter text.</w:t>
                </w:r>
              </w:sdtContent>
            </w:sdt>
          </w:p>
        </w:tc>
        <w:tc>
          <w:tcPr>
            <w:tcW w:w="3456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7032B9B" w14:textId="77777777" w:rsidR="00E96DAA" w:rsidRDefault="004C1F4E">
            <w:sdt>
              <w:sdtPr>
                <w:alias w:val="SECONDARY_ROLE"/>
                <w:tag w:val="SECONDARY_ROLE"/>
                <w:id w:val="1599676236"/>
                <w:text/>
              </w:sdtPr>
              <w:sdtEndPr/>
              <w:sdtContent>
                <w:r w:rsidR="00FE797B">
                  <w:t>Click or tap here to enter text.</w:t>
                </w:r>
              </w:sdtContent>
            </w:sdt>
          </w:p>
        </w:tc>
      </w:tr>
      <w:tr w:rsidR="00E96DAA" w14:paraId="608E2B96" w14:textId="77777777">
        <w:trPr>
          <w:jc w:val="center"/>
        </w:trPr>
        <w:tc>
          <w:tcPr>
            <w:tcW w:w="3456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FFBF035" w14:textId="77777777" w:rsidR="00E96DAA" w:rsidRDefault="00FE797B">
            <w:r>
              <w:rPr>
                <w:b/>
              </w:rPr>
              <w:t>Organization</w:t>
            </w:r>
          </w:p>
        </w:tc>
        <w:tc>
          <w:tcPr>
            <w:tcW w:w="3456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F3B0B95" w14:textId="77777777" w:rsidR="00E96DAA" w:rsidRDefault="004C1F4E">
            <w:sdt>
              <w:sdtPr>
                <w:alias w:val="PRIMARY_ORG"/>
                <w:tag w:val="PRIMARY_ORG"/>
                <w:id w:val="242227907"/>
                <w:text/>
              </w:sdtPr>
              <w:sdtEndPr/>
              <w:sdtContent>
                <w:r w:rsidR="00FE797B">
                  <w:t>Click or tap here to enter text.</w:t>
                </w:r>
              </w:sdtContent>
            </w:sdt>
          </w:p>
        </w:tc>
        <w:tc>
          <w:tcPr>
            <w:tcW w:w="3456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F4CCC1C" w14:textId="77777777" w:rsidR="00E96DAA" w:rsidRDefault="004C1F4E">
            <w:sdt>
              <w:sdtPr>
                <w:alias w:val="SECONDARY_ORG"/>
                <w:tag w:val="SECONDARY_ORG"/>
                <w:id w:val="-2139248418"/>
                <w:text/>
              </w:sdtPr>
              <w:sdtEndPr/>
              <w:sdtContent>
                <w:r w:rsidR="00FE797B">
                  <w:t>Click or tap here to enter text.</w:t>
                </w:r>
              </w:sdtContent>
            </w:sdt>
          </w:p>
        </w:tc>
      </w:tr>
      <w:tr w:rsidR="00E96DAA" w14:paraId="7DBFAE62" w14:textId="77777777">
        <w:trPr>
          <w:jc w:val="center"/>
        </w:trPr>
        <w:tc>
          <w:tcPr>
            <w:tcW w:w="3456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92B0CA8" w14:textId="77777777" w:rsidR="00E96DAA" w:rsidRDefault="00FE797B">
            <w:r>
              <w:rPr>
                <w:b/>
              </w:rPr>
              <w:t>Email</w:t>
            </w:r>
          </w:p>
        </w:tc>
        <w:tc>
          <w:tcPr>
            <w:tcW w:w="3456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39169D7" w14:textId="77777777" w:rsidR="00E96DAA" w:rsidRDefault="004C1F4E">
            <w:sdt>
              <w:sdtPr>
                <w:alias w:val="PRIMARY_EMAIL"/>
                <w:tag w:val="PRIMARY_EMAIL"/>
                <w:id w:val="-1725206562"/>
                <w:text/>
              </w:sdtPr>
              <w:sdtEndPr/>
              <w:sdtContent>
                <w:r w:rsidR="00FE797B">
                  <w:t>Click or tap here to enter text.</w:t>
                </w:r>
              </w:sdtContent>
            </w:sdt>
          </w:p>
        </w:tc>
        <w:tc>
          <w:tcPr>
            <w:tcW w:w="3456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1C884CF" w14:textId="77777777" w:rsidR="00E96DAA" w:rsidRDefault="004C1F4E">
            <w:sdt>
              <w:sdtPr>
                <w:alias w:val="SECONDARY_EMAIL"/>
                <w:tag w:val="SECONDARY_EMAIL"/>
                <w:id w:val="1765260944"/>
                <w:text/>
              </w:sdtPr>
              <w:sdtEndPr/>
              <w:sdtContent>
                <w:r w:rsidR="00FE797B">
                  <w:t>Click or tap here to enter text.</w:t>
                </w:r>
              </w:sdtContent>
            </w:sdt>
          </w:p>
        </w:tc>
      </w:tr>
      <w:tr w:rsidR="00E96DAA" w14:paraId="306A248A" w14:textId="77777777">
        <w:trPr>
          <w:jc w:val="center"/>
        </w:trPr>
        <w:tc>
          <w:tcPr>
            <w:tcW w:w="3456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D91EC8C" w14:textId="77777777" w:rsidR="00E96DAA" w:rsidRDefault="00FE797B">
            <w:r>
              <w:rPr>
                <w:b/>
              </w:rPr>
              <w:t>Phone</w:t>
            </w:r>
          </w:p>
        </w:tc>
        <w:tc>
          <w:tcPr>
            <w:tcW w:w="3456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22C95F2" w14:textId="77777777" w:rsidR="00E96DAA" w:rsidRDefault="004C1F4E">
            <w:sdt>
              <w:sdtPr>
                <w:alias w:val="PRIMARY_PHONE"/>
                <w:tag w:val="PRIMARY_PHONE"/>
                <w:id w:val="1191336680"/>
                <w:text/>
              </w:sdtPr>
              <w:sdtEndPr/>
              <w:sdtContent>
                <w:r w:rsidR="00FE797B">
                  <w:t>Click or tap here to enter text.</w:t>
                </w:r>
              </w:sdtContent>
            </w:sdt>
          </w:p>
        </w:tc>
        <w:tc>
          <w:tcPr>
            <w:tcW w:w="3456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07ED54A" w14:textId="77777777" w:rsidR="00E96DAA" w:rsidRDefault="004C1F4E">
            <w:sdt>
              <w:sdtPr>
                <w:alias w:val="SECONDARY_PHONE"/>
                <w:tag w:val="SECONDARY_PHONE"/>
                <w:id w:val="-107895038"/>
                <w:text/>
              </w:sdtPr>
              <w:sdtEndPr/>
              <w:sdtContent>
                <w:r w:rsidR="00FE797B">
                  <w:t>Click or tap here to enter text.</w:t>
                </w:r>
              </w:sdtContent>
            </w:sdt>
          </w:p>
        </w:tc>
      </w:tr>
    </w:tbl>
    <w:p w14:paraId="730891B4" w14:textId="77777777" w:rsidR="00E96DAA" w:rsidRDefault="00FE797B">
      <w:pPr>
        <w:pStyle w:val="Heading1"/>
        <w:spacing w:before="160" w:after="60"/>
      </w:pPr>
      <w:r>
        <w:lastRenderedPageBreak/>
        <w:t>3. Project Overview</w:t>
      </w:r>
    </w:p>
    <w:p w14:paraId="2ACAA2D9" w14:textId="77777777" w:rsidR="00E96DAA" w:rsidRDefault="00FE797B">
      <w:pPr>
        <w:spacing w:after="80"/>
      </w:pPr>
      <w:r>
        <w:t>Please provide enough detail for an initial feasibility review. Concise responses are preferred; attach an addendum if needed.</w:t>
      </w:r>
    </w:p>
    <w:p w14:paraId="3AD62D6F" w14:textId="77777777" w:rsidR="00E96DAA" w:rsidRDefault="00FE797B">
      <w:pPr>
        <w:keepNext/>
        <w:spacing w:before="40" w:after="40"/>
      </w:pPr>
      <w:r>
        <w:rPr>
          <w:b/>
        </w:rPr>
        <w:t>Project abstract / summary:</w:t>
      </w:r>
      <w:r>
        <w:rPr>
          <w:i/>
          <w:sz w:val="18"/>
        </w:rPr>
        <w:t xml:space="preserve">  Suggested maximum: 500 words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68"/>
      </w:tblGrid>
      <w:tr w:rsidR="00E96DAA" w14:paraId="034795C6" w14:textId="77777777">
        <w:trPr>
          <w:cantSplit/>
          <w:jc w:val="center"/>
        </w:trPr>
        <w:tc>
          <w:tcPr>
            <w:tcW w:w="1036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F7F7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599C38E" w14:textId="77777777" w:rsidR="00E96DAA" w:rsidRDefault="004C1F4E">
            <w:pPr>
              <w:spacing w:after="660"/>
            </w:pPr>
            <w:sdt>
              <w:sdtPr>
                <w:alias w:val="PROJECT_ABSTRACT"/>
                <w:tag w:val="PROJECT_ABSTRACT"/>
                <w:id w:val="1843355487"/>
                <w:text/>
              </w:sdtPr>
              <w:sdtEndPr/>
              <w:sdtContent>
                <w:r w:rsidR="00FE797B">
                  <w:t>Click or tap here to enter text.</w:t>
                </w:r>
              </w:sdtContent>
            </w:sdt>
          </w:p>
        </w:tc>
      </w:tr>
    </w:tbl>
    <w:p w14:paraId="6C498845" w14:textId="77777777" w:rsidR="00E96DAA" w:rsidRDefault="00E96DAA">
      <w:pPr>
        <w:spacing w:after="0"/>
      </w:pPr>
    </w:p>
    <w:p w14:paraId="5BFDB9E0" w14:textId="77777777" w:rsidR="00E96DAA" w:rsidRDefault="00FE797B">
      <w:pPr>
        <w:keepNext/>
        <w:spacing w:before="40" w:after="40"/>
      </w:pPr>
      <w:r>
        <w:rPr>
          <w:b/>
        </w:rPr>
        <w:t>Project timeline and funding dates: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68"/>
      </w:tblGrid>
      <w:tr w:rsidR="00E96DAA" w14:paraId="6CD9D4C9" w14:textId="77777777">
        <w:trPr>
          <w:cantSplit/>
          <w:jc w:val="center"/>
        </w:trPr>
        <w:tc>
          <w:tcPr>
            <w:tcW w:w="1036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F7F7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FD0AC0E" w14:textId="77777777" w:rsidR="00E96DAA" w:rsidRDefault="004C1F4E">
            <w:pPr>
              <w:spacing w:after="220"/>
            </w:pPr>
            <w:sdt>
              <w:sdtPr>
                <w:alias w:val="PROJECT_TIMELINE"/>
                <w:tag w:val="PROJECT_TIMELINE"/>
                <w:id w:val="-423025454"/>
                <w:text/>
              </w:sdtPr>
              <w:sdtEndPr/>
              <w:sdtContent>
                <w:r w:rsidR="00FE797B">
                  <w:t>Click or tap here to enter text.</w:t>
                </w:r>
              </w:sdtContent>
            </w:sdt>
          </w:p>
        </w:tc>
      </w:tr>
    </w:tbl>
    <w:p w14:paraId="7BC508C5" w14:textId="77777777" w:rsidR="00E96DAA" w:rsidRDefault="00E96DAA">
      <w:pPr>
        <w:spacing w:after="0"/>
      </w:pPr>
    </w:p>
    <w:p w14:paraId="50EE612E" w14:textId="77777777" w:rsidR="00E96DAA" w:rsidRDefault="00FE797B">
      <w:pPr>
        <w:keepNext/>
        <w:spacing w:before="40" w:after="40"/>
      </w:pPr>
      <w:r>
        <w:rPr>
          <w:b/>
        </w:rPr>
        <w:t>Key investigators (names, affiliations, and roles):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68"/>
      </w:tblGrid>
      <w:tr w:rsidR="00E96DAA" w14:paraId="5E0529BD" w14:textId="77777777">
        <w:trPr>
          <w:cantSplit/>
          <w:jc w:val="center"/>
        </w:trPr>
        <w:tc>
          <w:tcPr>
            <w:tcW w:w="1036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F7F7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413060A" w14:textId="77777777" w:rsidR="00E96DAA" w:rsidRDefault="004C1F4E">
            <w:pPr>
              <w:spacing w:after="440"/>
            </w:pPr>
            <w:sdt>
              <w:sdtPr>
                <w:alias w:val="KEY_INVESTIGATORS"/>
                <w:tag w:val="KEY_INVESTIGATORS"/>
                <w:id w:val="-1850321841"/>
                <w:text/>
              </w:sdtPr>
              <w:sdtEndPr/>
              <w:sdtContent>
                <w:r w:rsidR="00FE797B">
                  <w:t>Click or tap here to enter text.</w:t>
                </w:r>
              </w:sdtContent>
            </w:sdt>
          </w:p>
        </w:tc>
      </w:tr>
    </w:tbl>
    <w:p w14:paraId="071F2F79" w14:textId="77777777" w:rsidR="00E96DAA" w:rsidRDefault="00E96DAA">
      <w:pPr>
        <w:spacing w:after="0"/>
      </w:pPr>
    </w:p>
    <w:p w14:paraId="526CF971" w14:textId="77777777" w:rsidR="00E96DAA" w:rsidRDefault="00FE797B">
      <w:pPr>
        <w:keepNext/>
        <w:spacing w:before="40" w:after="40"/>
      </w:pPr>
      <w:r>
        <w:rPr>
          <w:b/>
        </w:rPr>
        <w:t>Potential Innercare collaborators, departments, or clinical champions: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68"/>
      </w:tblGrid>
      <w:tr w:rsidR="00E96DAA" w14:paraId="4AC1B315" w14:textId="77777777">
        <w:trPr>
          <w:cantSplit/>
          <w:jc w:val="center"/>
        </w:trPr>
        <w:tc>
          <w:tcPr>
            <w:tcW w:w="1036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F7F7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9AA3EA4" w14:textId="77777777" w:rsidR="00E96DAA" w:rsidRDefault="004C1F4E">
            <w:pPr>
              <w:spacing w:after="440"/>
            </w:pPr>
            <w:sdt>
              <w:sdtPr>
                <w:alias w:val="INNERCARE_COLLABORATORS"/>
                <w:tag w:val="INNERCARE_COLLABORATORS"/>
                <w:id w:val="-1503430632"/>
                <w:text/>
              </w:sdtPr>
              <w:sdtEndPr/>
              <w:sdtContent>
                <w:r w:rsidR="00FE797B">
                  <w:t>Click or tap here to enter text.</w:t>
                </w:r>
              </w:sdtContent>
            </w:sdt>
          </w:p>
        </w:tc>
      </w:tr>
    </w:tbl>
    <w:p w14:paraId="03FFFB88" w14:textId="77777777" w:rsidR="00E96DAA" w:rsidRDefault="00E96DAA">
      <w:pPr>
        <w:spacing w:after="0"/>
      </w:pPr>
    </w:p>
    <w:p w14:paraId="0E614E27" w14:textId="77777777" w:rsidR="00E96DAA" w:rsidRDefault="00FE797B">
      <w:pPr>
        <w:pStyle w:val="Heading1"/>
        <w:spacing w:before="160" w:after="60"/>
      </w:pPr>
      <w:r>
        <w:t>4. IRB, Consent, and Regulatory Status</w:t>
      </w:r>
    </w:p>
    <w:p w14:paraId="45FFD50E" w14:textId="77777777" w:rsidR="00E96DAA" w:rsidRDefault="00FE797B" w:rsidP="00D65AAB">
      <w:pPr>
        <w:spacing w:after="0" w:line="240" w:lineRule="auto"/>
      </w:pPr>
      <w:r>
        <w:rPr>
          <w:b/>
        </w:rPr>
        <w:t>Does the project involve human subjects research?</w:t>
      </w:r>
    </w:p>
    <w:p w14:paraId="029D5E58" w14:textId="057BF0BF" w:rsidR="00E96DAA" w:rsidRDefault="00FE797B" w:rsidP="00D65AAB">
      <w:pPr>
        <w:spacing w:after="0" w:line="240" w:lineRule="auto"/>
      </w:pPr>
      <w:r>
        <w:t>☐ Yes   ☐ No   ☐ Unsure — consultation needed</w:t>
      </w:r>
    </w:p>
    <w:p w14:paraId="7ECF779F" w14:textId="77777777" w:rsidR="00D65AAB" w:rsidRDefault="00D65AAB" w:rsidP="00D65AAB">
      <w:pPr>
        <w:spacing w:after="0" w:line="240" w:lineRule="auto"/>
      </w:pPr>
    </w:p>
    <w:p w14:paraId="6A390ACA" w14:textId="77777777" w:rsidR="00E96DAA" w:rsidRDefault="00FE797B" w:rsidP="00D65AAB">
      <w:pPr>
        <w:spacing w:after="0" w:line="240" w:lineRule="auto"/>
      </w:pPr>
      <w:r>
        <w:rPr>
          <w:b/>
        </w:rPr>
        <w:t>IRB status:</w:t>
      </w:r>
    </w:p>
    <w:p w14:paraId="295FE9C3" w14:textId="39267D66" w:rsidR="00E96DAA" w:rsidRDefault="00FE797B" w:rsidP="00D65AAB">
      <w:pPr>
        <w:spacing w:after="0" w:line="240" w:lineRule="auto"/>
      </w:pPr>
      <w:r>
        <w:t>☐ Not applicable   ☐ Planned — not yet submitted   ☐ Pending   ☐ Approved — attach approval letter</w:t>
      </w:r>
    </w:p>
    <w:p w14:paraId="14A582C1" w14:textId="77777777" w:rsidR="00D65AAB" w:rsidRDefault="00D65AAB" w:rsidP="00D65AAB">
      <w:pPr>
        <w:spacing w:after="0" w:line="240" w:lineRule="auto"/>
      </w:pPr>
    </w:p>
    <w:p w14:paraId="13D764ED" w14:textId="77777777" w:rsidR="008812E4" w:rsidRDefault="004C1F4E">
      <w:pPr>
        <w:keepNext/>
        <w:spacing w:before="40" w:after="20"/>
      </w:pPr>
      <w:r>
        <w:rPr>
          <w:b/>
        </w:rPr>
        <w:t>Reviewing IRB’s name: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68"/>
      </w:tblGrid>
      <w:tr w:rsidR="00E96DAA" w14:paraId="5C4EAF35" w14:textId="77777777">
        <w:trPr>
          <w:cantSplit/>
          <w:jc w:val="center"/>
        </w:trPr>
        <w:tc>
          <w:tcPr>
            <w:tcW w:w="1036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F7F7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947A340" w14:textId="77777777" w:rsidR="00E96DAA" w:rsidRDefault="004C1F4E">
            <w:pPr>
              <w:spacing w:after="0"/>
            </w:pPr>
            <w:sdt>
              <w:sdtPr>
                <w:alias w:val="PROJECT_TYPE_OTHER"/>
                <w:tag w:val="PROJECT_TYPE_OTHER"/>
                <w:id w:val="629210921"/>
                <w:text/>
              </w:sdtPr>
              <w:sdtEndPr/>
              <w:sdtContent>
                <w:r w:rsidR="00FE797B">
                  <w:t>Click or tap here to enter text.</w:t>
                </w:r>
              </w:sdtContent>
            </w:sdt>
          </w:p>
        </w:tc>
      </w:tr>
    </w:tbl>
    <w:p w14:paraId="51A45FBE" w14:textId="77777777" w:rsidR="008812E4" w:rsidRDefault="004C1F4E">
      <w:pPr>
        <w:keepNext/>
        <w:spacing w:before="40" w:after="20"/>
      </w:pPr>
      <w:r>
        <w:rPr>
          <w:b/>
        </w:rPr>
        <w:t>IRB protocol number: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68"/>
      </w:tblGrid>
      <w:tr w:rsidR="00E96DAA" w14:paraId="6F4F3F4F" w14:textId="77777777">
        <w:trPr>
          <w:cantSplit/>
          <w:jc w:val="center"/>
        </w:trPr>
        <w:tc>
          <w:tcPr>
            <w:tcW w:w="1036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F7F7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9F9CD8C" w14:textId="77777777" w:rsidR="00E96DAA" w:rsidRDefault="004C1F4E">
            <w:pPr>
              <w:spacing w:after="0"/>
            </w:pPr>
            <w:sdt>
              <w:sdtPr>
                <w:alias w:val="PROJECT_TYPE_OTHER"/>
                <w:tag w:val="PROJECT_TYPE_OTHER"/>
                <w:id w:val="906914016"/>
                <w:text/>
              </w:sdtPr>
              <w:sdtEndPr/>
              <w:sdtContent>
                <w:r w:rsidR="00FE797B">
                  <w:t>Click or tap here to enter text.</w:t>
                </w:r>
              </w:sdtContent>
            </w:sdt>
          </w:p>
        </w:tc>
      </w:tr>
    </w:tbl>
    <w:p w14:paraId="4E3CB687" w14:textId="77777777" w:rsidR="008812E4" w:rsidRDefault="004C1F4E">
      <w:pPr>
        <w:keepNext/>
        <w:spacing w:before="40" w:after="20"/>
      </w:pPr>
      <w:r>
        <w:rPr>
          <w:b/>
        </w:rPr>
        <w:t>Principal investigator named on the approval: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68"/>
      </w:tblGrid>
      <w:tr w:rsidR="00E96DAA" w14:paraId="6CC030E7" w14:textId="77777777">
        <w:trPr>
          <w:cantSplit/>
          <w:jc w:val="center"/>
        </w:trPr>
        <w:tc>
          <w:tcPr>
            <w:tcW w:w="1036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F7F7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A334A90" w14:textId="77777777" w:rsidR="00E96DAA" w:rsidRDefault="004C1F4E">
            <w:pPr>
              <w:spacing w:after="0"/>
            </w:pPr>
            <w:sdt>
              <w:sdtPr>
                <w:alias w:val="PROJECT_TYPE_OTHER"/>
                <w:tag w:val="PROJECT_TYPE_OTHER"/>
                <w:id w:val="340218204"/>
                <w:text/>
              </w:sdtPr>
              <w:sdtEndPr/>
              <w:sdtContent>
                <w:r w:rsidR="00FE797B">
                  <w:t>Click or tap here to enter text.</w:t>
                </w:r>
              </w:sdtContent>
            </w:sdt>
          </w:p>
        </w:tc>
      </w:tr>
    </w:tbl>
    <w:p w14:paraId="24210FC5" w14:textId="77777777" w:rsidR="008812E4" w:rsidRDefault="004C1F4E">
      <w:pPr>
        <w:keepNext/>
        <w:spacing w:before="40" w:after="20"/>
      </w:pPr>
      <w:r>
        <w:rPr>
          <w:b/>
        </w:rPr>
        <w:t>Approval date and expiration/continuing-review date, when applicable: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68"/>
      </w:tblGrid>
      <w:tr w:rsidR="00E96DAA" w14:paraId="39667FAE" w14:textId="77777777">
        <w:trPr>
          <w:cantSplit/>
          <w:jc w:val="center"/>
        </w:trPr>
        <w:tc>
          <w:tcPr>
            <w:tcW w:w="1036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F7F7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366CA2A" w14:textId="77777777" w:rsidR="00E96DAA" w:rsidRDefault="004C1F4E">
            <w:pPr>
              <w:spacing w:after="0"/>
            </w:pPr>
            <w:sdt>
              <w:sdtPr>
                <w:alias w:val="PROJECT_TYPE_OTHER"/>
                <w:tag w:val="PROJECT_TYPE_OTHER"/>
                <w:id w:val="1812347558"/>
                <w:text/>
              </w:sdtPr>
              <w:sdtEndPr/>
              <w:sdtContent>
                <w:r w:rsidR="00FE797B">
                  <w:t>Click or tap here to enter text.</w:t>
                </w:r>
              </w:sdtContent>
            </w:sdt>
          </w:p>
        </w:tc>
      </w:tr>
    </w:tbl>
    <w:p w14:paraId="2C3D088F" w14:textId="77777777" w:rsidR="008812E4" w:rsidRDefault="004C1F4E">
      <w:pPr>
        <w:keepNext/>
        <w:spacing w:before="40" w:after="20"/>
      </w:pPr>
      <w:r>
        <w:rPr>
          <w:b/>
        </w:rPr>
        <w:t>Is Innercare listed as a site or data source?</w:t>
      </w:r>
    </w:p>
    <w:p w14:paraId="3C7E2154" w14:textId="77777777" w:rsidR="008812E4" w:rsidRDefault="004C1F4E">
      <w:pPr>
        <w:spacing w:after="80"/>
        <w:ind w:left="115"/>
      </w:pPr>
      <w:r>
        <w:t>☐</w:t>
      </w:r>
      <w:r>
        <w:t xml:space="preserve"> Yes   ☐ No   ☐ Not applicable   ☐ Unsure</w:t>
      </w:r>
    </w:p>
    <w:p w14:paraId="4DD16304" w14:textId="77777777" w:rsidR="008812E4" w:rsidRDefault="004C1F4E">
      <w:pPr>
        <w:keepNext/>
        <w:spacing w:before="40" w:after="20"/>
      </w:pPr>
      <w:r>
        <w:rPr>
          <w:b/>
        </w:rPr>
        <w:lastRenderedPageBreak/>
        <w:t>Is an IRB reliance agreement anticipated?</w:t>
      </w:r>
    </w:p>
    <w:p w14:paraId="74D05F93" w14:textId="77777777" w:rsidR="008812E4" w:rsidRDefault="004C1F4E">
      <w:pPr>
        <w:spacing w:after="80"/>
        <w:ind w:left="115"/>
      </w:pPr>
      <w:r>
        <w:t>☐</w:t>
      </w:r>
      <w:r>
        <w:t xml:space="preserve"> Yes   ☐ No   ☐ Not applicable   ☐ Unsure</w:t>
      </w:r>
    </w:p>
    <w:p w14:paraId="78EF8369" w14:textId="77777777" w:rsidR="008812E4" w:rsidRDefault="004C1F4E">
      <w:pPr>
        <w:keepNext/>
        <w:spacing w:before="40" w:after="20"/>
      </w:pPr>
      <w:r>
        <w:rPr>
          <w:b/>
        </w:rPr>
        <w:t>Have recruitment materials, authorization language, consent documents, and waivers, as applicable, been approved?</w:t>
      </w:r>
    </w:p>
    <w:p w14:paraId="17913A79" w14:textId="77777777" w:rsidR="008812E4" w:rsidRDefault="004C1F4E">
      <w:pPr>
        <w:spacing w:after="80"/>
        <w:ind w:left="115"/>
      </w:pPr>
      <w:r>
        <w:t>☐</w:t>
      </w:r>
      <w:r>
        <w:t xml:space="preserve"> Yes   ☐ No   </w:t>
      </w:r>
      <w:r>
        <w:t>☐</w:t>
      </w:r>
      <w:r>
        <w:t xml:space="preserve"> Not applicable   ☐ Pending / partially approved</w:t>
      </w:r>
    </w:p>
    <w:p w14:paraId="397CFA04" w14:textId="77777777" w:rsidR="008812E4" w:rsidRDefault="004C1F4E">
      <w:pPr>
        <w:keepNext/>
        <w:spacing w:before="40" w:after="20"/>
      </w:pPr>
      <w:r>
        <w:rPr>
          <w:b/>
        </w:rPr>
        <w:t>Must amendments be submitted before changes involving Innercare?</w:t>
      </w:r>
    </w:p>
    <w:p w14:paraId="0A903EED" w14:textId="77777777" w:rsidR="008812E4" w:rsidRDefault="004C1F4E">
      <w:pPr>
        <w:spacing w:after="80"/>
        <w:ind w:left="115"/>
      </w:pPr>
      <w:r>
        <w:t>☐</w:t>
      </w:r>
      <w:r>
        <w:t xml:space="preserve"> Yes   ☐ No   ☐ Unsure / TBD</w:t>
      </w:r>
    </w:p>
    <w:p w14:paraId="5ACACAE9" w14:textId="77777777" w:rsidR="008812E4" w:rsidRDefault="004C1F4E">
      <w:pPr>
        <w:keepNext/>
        <w:spacing w:before="40" w:after="20"/>
      </w:pPr>
      <w:r>
        <w:rPr>
          <w:b/>
        </w:rPr>
        <w:t>Has the project received an exemption determination?</w:t>
      </w:r>
    </w:p>
    <w:p w14:paraId="30D72B0E" w14:textId="77777777" w:rsidR="008812E4" w:rsidRDefault="004C1F4E">
      <w:pPr>
        <w:spacing w:after="80"/>
        <w:ind w:left="115"/>
      </w:pPr>
      <w:r>
        <w:t>☐</w:t>
      </w:r>
      <w:r>
        <w:t xml:space="preserve"> Yes   ☐ No   ☐ Pending   ☐ Not applicable</w:t>
      </w:r>
    </w:p>
    <w:p w14:paraId="499B8CD4" w14:textId="77777777" w:rsidR="008812E4" w:rsidRDefault="004C1F4E">
      <w:pPr>
        <w:keepNext/>
        <w:spacing w:before="40" w:after="20"/>
      </w:pPr>
      <w:r>
        <w:rPr>
          <w:b/>
        </w:rPr>
        <w:t>If yes, who ma</w:t>
      </w:r>
      <w:r>
        <w:rPr>
          <w:b/>
        </w:rPr>
        <w:t>de the exemption determination?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68"/>
      </w:tblGrid>
      <w:tr w:rsidR="00E96DAA" w14:paraId="31D4F864" w14:textId="77777777">
        <w:trPr>
          <w:cantSplit/>
          <w:jc w:val="center"/>
        </w:trPr>
        <w:tc>
          <w:tcPr>
            <w:tcW w:w="1036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F7F7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F768B90" w14:textId="77777777" w:rsidR="00E96DAA" w:rsidRDefault="004C1F4E">
            <w:pPr>
              <w:spacing w:after="0"/>
            </w:pPr>
            <w:sdt>
              <w:sdtPr>
                <w:alias w:val="PROJECT_TYPE_OTHER"/>
                <w:tag w:val="PROJECT_TYPE_OTHER"/>
                <w:id w:val="462609658"/>
                <w:text/>
              </w:sdtPr>
              <w:sdtEndPr/>
              <w:sdtContent>
                <w:r w:rsidR="00FE797B">
                  <w:t>Click or tap here to enter text.</w:t>
                </w:r>
              </w:sdtContent>
            </w:sdt>
          </w:p>
        </w:tc>
      </w:tr>
    </w:tbl>
    <w:p w14:paraId="5249EF84" w14:textId="77777777" w:rsidR="008812E4" w:rsidRPr="00734B2D" w:rsidRDefault="004C1F4E">
      <w:pPr>
        <w:keepLines/>
        <w:spacing w:before="100" w:after="160"/>
        <w:rPr>
          <w:b/>
        </w:rPr>
      </w:pPr>
      <w:r w:rsidRPr="00734B2D">
        <w:rPr>
          <w:b/>
        </w:rPr>
        <w:t xml:space="preserve">Important: </w:t>
      </w:r>
      <w:r w:rsidRPr="002A47B3">
        <w:rPr>
          <w:bCs/>
        </w:rPr>
        <w:t>IRB approval, exemption, or a determination that an activity is not human-subjects research does not independently authorize Innercare to disclose PHI. Innercare must separately</w:t>
      </w:r>
      <w:r w:rsidRPr="002A47B3">
        <w:rPr>
          <w:bCs/>
        </w:rPr>
        <w:t xml:space="preserve"> approve the privacy and data-sharing pathway.</w:t>
      </w:r>
    </w:p>
    <w:p w14:paraId="5F97AA6A" w14:textId="77777777" w:rsidR="00E96DAA" w:rsidRDefault="00FE797B" w:rsidP="00D65AAB">
      <w:pPr>
        <w:spacing w:after="0" w:line="240" w:lineRule="auto"/>
      </w:pPr>
      <w:r>
        <w:rPr>
          <w:b/>
        </w:rPr>
        <w:t>Will informed consent and/or HIPAA authorization be obtained?</w:t>
      </w:r>
    </w:p>
    <w:p w14:paraId="587196C6" w14:textId="1BF4E3A3" w:rsidR="00E96DAA" w:rsidRDefault="00FE797B" w:rsidP="00D65AAB">
      <w:pPr>
        <w:spacing w:after="0" w:line="240" w:lineRule="auto"/>
      </w:pPr>
      <w:r>
        <w:t>☐ Yes   ☐ No   ☐ Waiver requested   ☐ Unsure</w:t>
      </w:r>
    </w:p>
    <w:p w14:paraId="1CCD9239" w14:textId="77777777" w:rsidR="00D65AAB" w:rsidRDefault="00D65AAB" w:rsidP="00D65AAB">
      <w:pPr>
        <w:spacing w:after="0" w:line="240" w:lineRule="auto"/>
      </w:pPr>
    </w:p>
    <w:p w14:paraId="18B203D9" w14:textId="77777777" w:rsidR="00E96DAA" w:rsidRDefault="00FE797B" w:rsidP="00D65AAB">
      <w:pPr>
        <w:spacing w:after="0" w:line="240" w:lineRule="auto"/>
      </w:pPr>
      <w:r>
        <w:rPr>
          <w:b/>
        </w:rPr>
        <w:t>Will data or specimens be shared outside Innercare?</w:t>
      </w:r>
    </w:p>
    <w:p w14:paraId="004A4E1D" w14:textId="77777777" w:rsidR="00E96DAA" w:rsidRDefault="00FE797B" w:rsidP="00D65AAB">
      <w:pPr>
        <w:spacing w:after="0" w:line="240" w:lineRule="auto"/>
      </w:pPr>
      <w:r>
        <w:t>☐ Yes   ☐ No   ☐ Unsure</w:t>
      </w:r>
    </w:p>
    <w:p w14:paraId="3DA35D71" w14:textId="77777777" w:rsidR="00E96DAA" w:rsidRDefault="00FE797B">
      <w:pPr>
        <w:keepNext/>
        <w:spacing w:before="40" w:after="40"/>
      </w:pPr>
      <w:r>
        <w:rPr>
          <w:b/>
        </w:rPr>
        <w:t>If yes or unsure, briefly describe: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68"/>
      </w:tblGrid>
      <w:tr w:rsidR="00E96DAA" w14:paraId="5982A1A5" w14:textId="77777777">
        <w:trPr>
          <w:cantSplit/>
          <w:jc w:val="center"/>
        </w:trPr>
        <w:tc>
          <w:tcPr>
            <w:tcW w:w="1036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F7F7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F4486A7" w14:textId="77777777" w:rsidR="00E96DAA" w:rsidRDefault="004C1F4E">
            <w:pPr>
              <w:spacing w:after="220"/>
            </w:pPr>
            <w:sdt>
              <w:sdtPr>
                <w:alias w:val="DATA_SHARED_OUTSIDE"/>
                <w:tag w:val="DATA_SHARED_OUTSIDE"/>
                <w:id w:val="-2049136445"/>
                <w:text/>
              </w:sdtPr>
              <w:sdtEndPr/>
              <w:sdtContent>
                <w:r w:rsidR="00FE797B">
                  <w:t>Click or tap here to enter text.</w:t>
                </w:r>
              </w:sdtContent>
            </w:sdt>
          </w:p>
        </w:tc>
      </w:tr>
    </w:tbl>
    <w:p w14:paraId="03801B6D" w14:textId="77777777" w:rsidR="00E96DAA" w:rsidRDefault="00E96DAA">
      <w:pPr>
        <w:spacing w:after="0"/>
      </w:pPr>
    </w:p>
    <w:p w14:paraId="64A8C7F6" w14:textId="77777777" w:rsidR="00E96DAA" w:rsidRDefault="00FE797B">
      <w:pPr>
        <w:pStyle w:val="Heading1"/>
        <w:spacing w:before="160" w:after="60"/>
      </w:pPr>
      <w:r>
        <w:t>5. Data, Records, and EHR Use</w:t>
      </w:r>
    </w:p>
    <w:p w14:paraId="3A0C1E61" w14:textId="77777777" w:rsidR="00E96DAA" w:rsidRDefault="00FE797B">
      <w:pPr>
        <w:spacing w:after="80"/>
      </w:pPr>
      <w:r>
        <w:t>Select all data types that may be requested. Innercare will determine the permitted disclosure pathway and may reduce the requested data set to meet the HIPAA minimum-necessary standard.</w:t>
      </w:r>
    </w:p>
    <w:p w14:paraId="7DF64C4C" w14:textId="77777777" w:rsidR="00E96DAA" w:rsidRDefault="00FE797B">
      <w:pPr>
        <w:spacing w:after="80"/>
      </w:pPr>
      <w:r>
        <w:t>☐ Aggregate data only   ☐ HIPAA de-identified — Safe Harbor   ☐ HIPAA de-identified — Expert Determination</w:t>
      </w:r>
    </w:p>
    <w:p w14:paraId="6CD9F060" w14:textId="77777777" w:rsidR="00E96DAA" w:rsidRDefault="00FE797B">
      <w:pPr>
        <w:spacing w:after="80"/>
      </w:pPr>
      <w:r>
        <w:t>☐ Limited data set   ☐ Identifiable PHI   ☐ Direct patient identifiers/contact information   ☐ Coded data with re-identification key</w:t>
      </w:r>
    </w:p>
    <w:p w14:paraId="7FE77AF2" w14:textId="77777777" w:rsidR="00E96DAA" w:rsidRDefault="00FE797B">
      <w:pPr>
        <w:spacing w:after="80"/>
      </w:pPr>
      <w:r>
        <w:t>☐ Medical records (non-BH)   ☐ Behavioral health information   ☐ Psychotherapy notes   ☐ SUD records potentially subject to 42 CFR Part 2</w:t>
      </w:r>
    </w:p>
    <w:p w14:paraId="6E64A1A7" w14:textId="77777777" w:rsidR="00E96DAA" w:rsidRDefault="00FE797B">
      <w:pPr>
        <w:spacing w:after="80"/>
      </w:pPr>
      <w:r>
        <w:t>☐ Minor-consent / specially protected information   ☐ Billing/claims   ☐ Scheduling/operations   ☐ Patient surveys / PROs</w:t>
      </w:r>
    </w:p>
    <w:p w14:paraId="259A7ABB" w14:textId="77777777" w:rsidR="00E96DAA" w:rsidRDefault="00FE797B">
      <w:pPr>
        <w:spacing w:after="80"/>
      </w:pPr>
      <w:r>
        <w:t>☐ Biological specimens   ☐ Genetic/genomic information   ☐ Photographs/audio/video/voice   ☐ Other</w:t>
      </w:r>
    </w:p>
    <w:p w14:paraId="3263238A" w14:textId="77777777" w:rsidR="00E96DAA" w:rsidRDefault="00FE797B">
      <w:pPr>
        <w:keepNext/>
        <w:spacing w:before="40" w:after="40"/>
      </w:pPr>
      <w:r>
        <w:rPr>
          <w:b/>
        </w:rPr>
        <w:t>If Other, specify: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68"/>
      </w:tblGrid>
      <w:tr w:rsidR="00E96DAA" w14:paraId="6CB6C33C" w14:textId="77777777">
        <w:trPr>
          <w:cantSplit/>
          <w:jc w:val="center"/>
        </w:trPr>
        <w:tc>
          <w:tcPr>
            <w:tcW w:w="1036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F7F7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057232D" w14:textId="77777777" w:rsidR="00E96DAA" w:rsidRDefault="004C1F4E">
            <w:pPr>
              <w:spacing w:after="0"/>
            </w:pPr>
            <w:sdt>
              <w:sdtPr>
                <w:alias w:val="DATA_OTHER"/>
                <w:tag w:val="DATA_OTHER"/>
                <w:id w:val="-1814472420"/>
                <w:text/>
              </w:sdtPr>
              <w:sdtEndPr/>
              <w:sdtContent>
                <w:r w:rsidR="00FE797B">
                  <w:t>Click or tap here to enter text.</w:t>
                </w:r>
              </w:sdtContent>
            </w:sdt>
          </w:p>
        </w:tc>
      </w:tr>
    </w:tbl>
    <w:p w14:paraId="3A6CC916" w14:textId="77777777" w:rsidR="00E96DAA" w:rsidRDefault="00E96DAA">
      <w:pPr>
        <w:spacing w:after="0"/>
      </w:pPr>
    </w:p>
    <w:p w14:paraId="7A6B273B" w14:textId="77777777" w:rsidR="00E96DAA" w:rsidRDefault="00FE797B">
      <w:pPr>
        <w:keepNext/>
        <w:spacing w:before="40" w:after="40"/>
      </w:pPr>
      <w:r>
        <w:rPr>
          <w:b/>
        </w:rPr>
        <w:lastRenderedPageBreak/>
        <w:t>Describe exactly how EHR and/or records will be used, including requested data elements, who will access them, date range, frequency of pulls, and whether data will leave Innercare systems: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68"/>
      </w:tblGrid>
      <w:tr w:rsidR="00E96DAA" w14:paraId="0B954B8A" w14:textId="77777777">
        <w:trPr>
          <w:cantSplit/>
          <w:jc w:val="center"/>
        </w:trPr>
        <w:tc>
          <w:tcPr>
            <w:tcW w:w="1036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F7F7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BCD0541" w14:textId="77777777" w:rsidR="00E96DAA" w:rsidRDefault="004C1F4E">
            <w:pPr>
              <w:spacing w:after="660"/>
            </w:pPr>
            <w:sdt>
              <w:sdtPr>
                <w:alias w:val="EHR_USE"/>
                <w:tag w:val="EHR_USE"/>
                <w:id w:val="111099394"/>
                <w:text/>
              </w:sdtPr>
              <w:sdtEndPr/>
              <w:sdtContent>
                <w:r w:rsidR="00FE797B">
                  <w:t>Click or tap here to enter text.</w:t>
                </w:r>
              </w:sdtContent>
            </w:sdt>
          </w:p>
        </w:tc>
      </w:tr>
    </w:tbl>
    <w:p w14:paraId="797F9DFC" w14:textId="77777777" w:rsidR="00E96DAA" w:rsidRDefault="00E96DAA">
      <w:pPr>
        <w:spacing w:after="0"/>
      </w:pPr>
    </w:p>
    <w:p w14:paraId="2FDCB6DF" w14:textId="77777777" w:rsidR="00E96DAA" w:rsidRDefault="00FE797B">
      <w:pPr>
        <w:keepNext/>
        <w:spacing w:before="40" w:after="40"/>
      </w:pPr>
      <w:r>
        <w:rPr>
          <w:b/>
        </w:rPr>
        <w:t>If BH, SUD, minor-consent, or other specially protected information is involved, describe the proposed access and privacy workflow: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68"/>
      </w:tblGrid>
      <w:tr w:rsidR="00E96DAA" w14:paraId="75CF5FE7" w14:textId="77777777">
        <w:trPr>
          <w:cantSplit/>
          <w:jc w:val="center"/>
        </w:trPr>
        <w:tc>
          <w:tcPr>
            <w:tcW w:w="1036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F7F7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1605943" w14:textId="77777777" w:rsidR="00E96DAA" w:rsidRDefault="004C1F4E">
            <w:pPr>
              <w:spacing w:after="660"/>
            </w:pPr>
            <w:sdt>
              <w:sdtPr>
                <w:alias w:val="SENSITIVE_DATA_WORKFLOW"/>
                <w:tag w:val="SENSITIVE_DATA_WORKFLOW"/>
                <w:id w:val="1352230363"/>
                <w:text/>
              </w:sdtPr>
              <w:sdtEndPr/>
              <w:sdtContent>
                <w:r w:rsidR="00FE797B">
                  <w:t>Click or tap here to enter text.</w:t>
                </w:r>
              </w:sdtContent>
            </w:sdt>
          </w:p>
        </w:tc>
      </w:tr>
    </w:tbl>
    <w:p w14:paraId="2F9F0972" w14:textId="77777777" w:rsidR="00E96DAA" w:rsidRDefault="00E96DAA">
      <w:pPr>
        <w:spacing w:after="0"/>
      </w:pPr>
    </w:p>
    <w:p w14:paraId="033A1CE1" w14:textId="77777777" w:rsidR="00E96DAA" w:rsidRDefault="00FE797B">
      <w:r>
        <w:rPr>
          <w:b/>
        </w:rPr>
        <w:t xml:space="preserve">Required attachment: Data Elements and Disclosure Matrix. </w:t>
      </w:r>
      <w:r>
        <w:t>For each requested field/variable, identify necessity, source system, date range, population, identifiability level, recipient, disclosure frequency/method, and retention period.</w:t>
      </w:r>
    </w:p>
    <w:p w14:paraId="67729BA2" w14:textId="77777777" w:rsidR="00E96DAA" w:rsidRDefault="00FE797B">
      <w:pPr>
        <w:pStyle w:val="Heading1"/>
        <w:spacing w:before="160" w:after="60"/>
      </w:pPr>
      <w:r>
        <w:t>6. HIPAA Privacy, Security, and Data Sharing</w:t>
      </w:r>
    </w:p>
    <w:p w14:paraId="32C98307" w14:textId="77777777" w:rsidR="00E96DAA" w:rsidRDefault="00FE797B" w:rsidP="00F04300">
      <w:pPr>
        <w:spacing w:after="0" w:line="240" w:lineRule="auto"/>
      </w:pPr>
      <w:r>
        <w:rPr>
          <w:b/>
        </w:rPr>
        <w:t>Anticipated HIPAA pathway (if known):</w:t>
      </w:r>
    </w:p>
    <w:p w14:paraId="5DEB1BEF" w14:textId="7022E15F" w:rsidR="00E96DAA" w:rsidRDefault="00FE797B" w:rsidP="00F04300">
      <w:pPr>
        <w:spacing w:after="0" w:line="240" w:lineRule="auto"/>
      </w:pPr>
      <w:r>
        <w:t>☐ Written HIPAA authorization   ☐ IRB/Privacy Board waiver or alteration   ☐ Limited data set + DUA   ☐ De-identified information</w:t>
      </w:r>
      <w:r w:rsidR="00F04300">
        <w:t xml:space="preserve">   </w:t>
      </w:r>
      <w:r>
        <w:t xml:space="preserve">☐ Preparatory-to-research review within Innercare   ☐ Business Associate arrangement   ☐ Unsure — </w:t>
      </w:r>
      <w:proofErr w:type="spellStart"/>
      <w:r>
        <w:t>Innercare</w:t>
      </w:r>
      <w:proofErr w:type="spellEnd"/>
      <w:r>
        <w:t xml:space="preserve"> determination required</w:t>
      </w:r>
    </w:p>
    <w:p w14:paraId="2470931A" w14:textId="77777777" w:rsidR="00F04300" w:rsidRDefault="00F04300" w:rsidP="00F04300">
      <w:pPr>
        <w:spacing w:after="0" w:line="240" w:lineRule="auto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368"/>
      </w:tblGrid>
      <w:tr w:rsidR="00E96DAA" w14:paraId="2BFBB065" w14:textId="77777777">
        <w:tc>
          <w:tcPr>
            <w:tcW w:w="10368" w:type="dxa"/>
            <w:tcBorders>
              <w:top w:val="single" w:sz="5" w:space="0" w:color="C9B458"/>
              <w:left w:val="single" w:sz="5" w:space="0" w:color="C9B458"/>
              <w:bottom w:val="single" w:sz="5" w:space="0" w:color="C9B458"/>
              <w:right w:val="single" w:sz="5" w:space="0" w:color="C9B458"/>
            </w:tcBorders>
            <w:shd w:val="clear" w:color="auto" w:fill="FFF2C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F9B82F5" w14:textId="77777777" w:rsidR="00E96DAA" w:rsidRDefault="00FE797B">
            <w:r>
              <w:rPr>
                <w:b/>
              </w:rPr>
              <w:t xml:space="preserve">Important: </w:t>
            </w:r>
            <w:r>
              <w:t>IRB approval alone does not authorize Innercare to disclose PHI. Compliance/Privacy and Legal will determine required documentation before access or disclosure occurs.</w:t>
            </w:r>
          </w:p>
        </w:tc>
      </w:tr>
    </w:tbl>
    <w:p w14:paraId="63405450" w14:textId="77777777" w:rsidR="005D6280" w:rsidRDefault="005D6280">
      <w:pPr>
        <w:keepNext/>
        <w:spacing w:before="40" w:after="40"/>
        <w:rPr>
          <w:b/>
        </w:rPr>
      </w:pPr>
    </w:p>
    <w:p w14:paraId="71AADFCA" w14:textId="0F203FE8" w:rsidR="00E96DAA" w:rsidRDefault="00FE797B">
      <w:pPr>
        <w:keepNext/>
        <w:spacing w:before="40" w:after="40"/>
      </w:pPr>
      <w:r>
        <w:rPr>
          <w:b/>
        </w:rPr>
        <w:t>Describe how PHI and confidential information will be protected: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68"/>
      </w:tblGrid>
      <w:tr w:rsidR="00E96DAA" w14:paraId="603B1D00" w14:textId="77777777">
        <w:trPr>
          <w:cantSplit/>
          <w:jc w:val="center"/>
        </w:trPr>
        <w:tc>
          <w:tcPr>
            <w:tcW w:w="1036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F7F7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3584510" w14:textId="77777777" w:rsidR="00E96DAA" w:rsidRDefault="004C1F4E">
            <w:pPr>
              <w:spacing w:after="440"/>
            </w:pPr>
            <w:sdt>
              <w:sdtPr>
                <w:alias w:val="PHI_PROTECTION"/>
                <w:tag w:val="PHI_PROTECTION"/>
                <w:id w:val="1488745841"/>
                <w:text/>
              </w:sdtPr>
              <w:sdtEndPr/>
              <w:sdtContent>
                <w:r w:rsidR="00FE797B">
                  <w:t>Click or tap here to enter text.</w:t>
                </w:r>
              </w:sdtContent>
            </w:sdt>
          </w:p>
        </w:tc>
      </w:tr>
    </w:tbl>
    <w:p w14:paraId="56D460D1" w14:textId="77777777" w:rsidR="00E96DAA" w:rsidRDefault="00E96DAA">
      <w:pPr>
        <w:spacing w:after="0"/>
      </w:pPr>
    </w:p>
    <w:p w14:paraId="2C930745" w14:textId="77777777" w:rsidR="00E96DAA" w:rsidRDefault="00FE797B">
      <w:pPr>
        <w:keepNext/>
        <w:spacing w:before="40" w:after="40"/>
      </w:pPr>
      <w:r>
        <w:rPr>
          <w:b/>
        </w:rPr>
        <w:t>Describe privacy/HIPAA training required for project personnel: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68"/>
      </w:tblGrid>
      <w:tr w:rsidR="00E96DAA" w14:paraId="5AEA4B93" w14:textId="77777777">
        <w:trPr>
          <w:cantSplit/>
          <w:jc w:val="center"/>
        </w:trPr>
        <w:tc>
          <w:tcPr>
            <w:tcW w:w="1036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F7F7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F8AB7A3" w14:textId="77777777" w:rsidR="00E96DAA" w:rsidRDefault="004C1F4E">
            <w:pPr>
              <w:spacing w:after="220"/>
            </w:pPr>
            <w:sdt>
              <w:sdtPr>
                <w:alias w:val="HIPAA_TRAINING"/>
                <w:tag w:val="HIPAA_TRAINING"/>
                <w:id w:val="1332176333"/>
                <w:text/>
              </w:sdtPr>
              <w:sdtEndPr/>
              <w:sdtContent>
                <w:r w:rsidR="00FE797B">
                  <w:t>Click or tap here to enter text.</w:t>
                </w:r>
              </w:sdtContent>
            </w:sdt>
          </w:p>
        </w:tc>
      </w:tr>
    </w:tbl>
    <w:p w14:paraId="69621B12" w14:textId="77777777" w:rsidR="00E96DAA" w:rsidRDefault="00E96DAA">
      <w:pPr>
        <w:spacing w:after="0"/>
      </w:pPr>
    </w:p>
    <w:p w14:paraId="73B5651E" w14:textId="77777777" w:rsidR="00E96DAA" w:rsidRDefault="00FE797B">
      <w:pPr>
        <w:keepNext/>
        <w:spacing w:before="40" w:after="40"/>
      </w:pPr>
      <w:r>
        <w:rPr>
          <w:b/>
        </w:rPr>
        <w:t>Describe retention, return, destruction, and certification procedures at project completion: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68"/>
      </w:tblGrid>
      <w:tr w:rsidR="00E96DAA" w14:paraId="21754DDC" w14:textId="77777777">
        <w:trPr>
          <w:cantSplit/>
          <w:jc w:val="center"/>
        </w:trPr>
        <w:tc>
          <w:tcPr>
            <w:tcW w:w="1036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F7F7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0F5191A" w14:textId="77777777" w:rsidR="00E96DAA" w:rsidRDefault="004C1F4E">
            <w:pPr>
              <w:spacing w:after="440"/>
            </w:pPr>
            <w:sdt>
              <w:sdtPr>
                <w:alias w:val="RETENTION_DESTRUCTION"/>
                <w:tag w:val="RETENTION_DESTRUCTION"/>
                <w:id w:val="1268884382"/>
                <w:text/>
              </w:sdtPr>
              <w:sdtEndPr/>
              <w:sdtContent>
                <w:r w:rsidR="00FE797B">
                  <w:t>Click or tap here to enter text.</w:t>
                </w:r>
              </w:sdtContent>
            </w:sdt>
          </w:p>
        </w:tc>
      </w:tr>
    </w:tbl>
    <w:p w14:paraId="2C38C3A5" w14:textId="77777777" w:rsidR="00E96DAA" w:rsidRDefault="00E96DAA">
      <w:pPr>
        <w:spacing w:after="0"/>
      </w:pPr>
    </w:p>
    <w:p w14:paraId="1D922DB9" w14:textId="77777777" w:rsidR="00600D01" w:rsidRDefault="00600D01">
      <w:pPr>
        <w:rPr>
          <w:b/>
        </w:rPr>
      </w:pPr>
    </w:p>
    <w:p w14:paraId="329CB10D" w14:textId="77777777" w:rsidR="00600D01" w:rsidRDefault="00600D01">
      <w:pPr>
        <w:rPr>
          <w:b/>
        </w:rPr>
      </w:pPr>
    </w:p>
    <w:p w14:paraId="1D1F73BF" w14:textId="77777777" w:rsidR="00600D01" w:rsidRDefault="00600D01">
      <w:pPr>
        <w:rPr>
          <w:b/>
        </w:rPr>
      </w:pPr>
    </w:p>
    <w:p w14:paraId="18B658CD" w14:textId="40411DC2" w:rsidR="00E96DAA" w:rsidRDefault="00FE797B">
      <w:r>
        <w:rPr>
          <w:b/>
        </w:rPr>
        <w:lastRenderedPageBreak/>
        <w:t>Security and data-management details:</w:t>
      </w:r>
    </w:p>
    <w:p w14:paraId="26796B5E" w14:textId="77777777" w:rsidR="00E96DAA" w:rsidRDefault="00FE797B">
      <w:pPr>
        <w:keepNext/>
        <w:spacing w:before="40" w:after="40"/>
      </w:pPr>
      <w:r>
        <w:rPr>
          <w:b/>
        </w:rPr>
        <w:t>Storage system, hosting environment, and physical/data location: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68"/>
      </w:tblGrid>
      <w:tr w:rsidR="00E96DAA" w14:paraId="30B8F69E" w14:textId="77777777">
        <w:trPr>
          <w:cantSplit/>
          <w:jc w:val="center"/>
        </w:trPr>
        <w:tc>
          <w:tcPr>
            <w:tcW w:w="1036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F7F7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B18C626" w14:textId="77777777" w:rsidR="00E96DAA" w:rsidRDefault="004C1F4E">
            <w:pPr>
              <w:spacing w:after="220"/>
            </w:pPr>
            <w:sdt>
              <w:sdtPr>
                <w:alias w:val="SEC_STORAGE"/>
                <w:tag w:val="SEC_STORAGE"/>
                <w:id w:val="1089269979"/>
                <w:text/>
              </w:sdtPr>
              <w:sdtEndPr/>
              <w:sdtContent>
                <w:r w:rsidR="00FE797B">
                  <w:t>Click or tap here to enter text.</w:t>
                </w:r>
              </w:sdtContent>
            </w:sdt>
          </w:p>
        </w:tc>
      </w:tr>
    </w:tbl>
    <w:p w14:paraId="42D9D0DB" w14:textId="77777777" w:rsidR="00E96DAA" w:rsidRDefault="00E96DAA">
      <w:pPr>
        <w:spacing w:after="0"/>
      </w:pPr>
    </w:p>
    <w:p w14:paraId="392E4A02" w14:textId="77777777" w:rsidR="00E96DAA" w:rsidRDefault="00FE797B">
      <w:pPr>
        <w:keepNext/>
        <w:spacing w:before="40" w:after="40"/>
      </w:pPr>
      <w:r>
        <w:rPr>
          <w:b/>
        </w:rPr>
        <w:t>Encryption in transit and at rest; MFA; role-based access; audit logging: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68"/>
      </w:tblGrid>
      <w:tr w:rsidR="00E96DAA" w14:paraId="253CE3ED" w14:textId="77777777">
        <w:trPr>
          <w:cantSplit/>
          <w:jc w:val="center"/>
        </w:trPr>
        <w:tc>
          <w:tcPr>
            <w:tcW w:w="1036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F7F7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FDA1082" w14:textId="77777777" w:rsidR="00E96DAA" w:rsidRDefault="004C1F4E">
            <w:pPr>
              <w:spacing w:after="220"/>
            </w:pPr>
            <w:sdt>
              <w:sdtPr>
                <w:alias w:val="SEC_CONTROLS"/>
                <w:tag w:val="SEC_CONTROLS"/>
                <w:id w:val="1466934621"/>
                <w:text/>
              </w:sdtPr>
              <w:sdtEndPr/>
              <w:sdtContent>
                <w:r w:rsidR="00FE797B">
                  <w:t>Click or tap here to enter text.</w:t>
                </w:r>
              </w:sdtContent>
            </w:sdt>
          </w:p>
        </w:tc>
      </w:tr>
    </w:tbl>
    <w:p w14:paraId="2C00D131" w14:textId="77777777" w:rsidR="00E96DAA" w:rsidRDefault="00E96DAA">
      <w:pPr>
        <w:spacing w:after="0"/>
      </w:pPr>
    </w:p>
    <w:p w14:paraId="36661354" w14:textId="77777777" w:rsidR="00E96DAA" w:rsidRDefault="00FE797B">
      <w:pPr>
        <w:keepNext/>
        <w:spacing w:before="40" w:after="40"/>
      </w:pPr>
      <w:r>
        <w:rPr>
          <w:b/>
        </w:rPr>
        <w:t>Remote access, downloads, laptops/portable media, and backup copies: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68"/>
      </w:tblGrid>
      <w:tr w:rsidR="00E96DAA" w14:paraId="3DA845F2" w14:textId="77777777">
        <w:trPr>
          <w:cantSplit/>
          <w:jc w:val="center"/>
        </w:trPr>
        <w:tc>
          <w:tcPr>
            <w:tcW w:w="1036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F7F7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5003EC8" w14:textId="77777777" w:rsidR="00E96DAA" w:rsidRDefault="004C1F4E">
            <w:pPr>
              <w:spacing w:after="220"/>
            </w:pPr>
            <w:sdt>
              <w:sdtPr>
                <w:alias w:val="SEC_REMOTE"/>
                <w:tag w:val="SEC_REMOTE"/>
                <w:id w:val="-353805688"/>
                <w:text/>
              </w:sdtPr>
              <w:sdtEndPr/>
              <w:sdtContent>
                <w:r w:rsidR="00FE797B">
                  <w:t>Click or tap here to enter text.</w:t>
                </w:r>
              </w:sdtContent>
            </w:sdt>
          </w:p>
        </w:tc>
      </w:tr>
    </w:tbl>
    <w:p w14:paraId="7B902BD4" w14:textId="77777777" w:rsidR="00E96DAA" w:rsidRDefault="00E96DAA">
      <w:pPr>
        <w:spacing w:after="0"/>
      </w:pPr>
    </w:p>
    <w:p w14:paraId="64EE58D4" w14:textId="77777777" w:rsidR="00E96DAA" w:rsidRDefault="00FE797B">
      <w:pPr>
        <w:keepNext/>
        <w:spacing w:before="40" w:after="40"/>
      </w:pPr>
      <w:r>
        <w:rPr>
          <w:b/>
        </w:rPr>
        <w:t>Subcontractors, downstream recipients, and access removal when personnel leave: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68"/>
      </w:tblGrid>
      <w:tr w:rsidR="00E96DAA" w14:paraId="6813189B" w14:textId="77777777">
        <w:trPr>
          <w:cantSplit/>
          <w:jc w:val="center"/>
        </w:trPr>
        <w:tc>
          <w:tcPr>
            <w:tcW w:w="1036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F7F7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6D29DC0" w14:textId="77777777" w:rsidR="00E96DAA" w:rsidRDefault="004C1F4E">
            <w:pPr>
              <w:spacing w:after="220"/>
            </w:pPr>
            <w:sdt>
              <w:sdtPr>
                <w:alias w:val="SEC_DOWNSTREAM"/>
                <w:tag w:val="SEC_DOWNSTREAM"/>
                <w:id w:val="-235634562"/>
                <w:text/>
              </w:sdtPr>
              <w:sdtEndPr/>
              <w:sdtContent>
                <w:r w:rsidR="00FE797B">
                  <w:t>Click or tap here to enter text.</w:t>
                </w:r>
              </w:sdtContent>
            </w:sdt>
          </w:p>
        </w:tc>
      </w:tr>
    </w:tbl>
    <w:p w14:paraId="3FA3DA4F" w14:textId="77777777" w:rsidR="00E96DAA" w:rsidRDefault="00E96DAA">
      <w:pPr>
        <w:spacing w:after="0"/>
      </w:pPr>
    </w:p>
    <w:p w14:paraId="0BFAE70A" w14:textId="77777777" w:rsidR="00E96DAA" w:rsidRDefault="00FE797B">
      <w:pPr>
        <w:keepNext/>
        <w:spacing w:before="40" w:after="40"/>
      </w:pPr>
      <w:r>
        <w:rPr>
          <w:b/>
        </w:rPr>
        <w:t>Incident/breach reporting process and expected notification timeframe: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68"/>
      </w:tblGrid>
      <w:tr w:rsidR="00E96DAA" w14:paraId="6D3F4180" w14:textId="77777777">
        <w:trPr>
          <w:cantSplit/>
          <w:jc w:val="center"/>
        </w:trPr>
        <w:tc>
          <w:tcPr>
            <w:tcW w:w="1036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F7F7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37E120C" w14:textId="77777777" w:rsidR="00E96DAA" w:rsidRDefault="004C1F4E">
            <w:pPr>
              <w:spacing w:after="220"/>
            </w:pPr>
            <w:sdt>
              <w:sdtPr>
                <w:alias w:val="SEC_INCIDENT"/>
                <w:tag w:val="SEC_INCIDENT"/>
                <w:id w:val="219025760"/>
                <w:text/>
              </w:sdtPr>
              <w:sdtEndPr/>
              <w:sdtContent>
                <w:r w:rsidR="00FE797B">
                  <w:t>Click or tap here to enter text.</w:t>
                </w:r>
              </w:sdtContent>
            </w:sdt>
          </w:p>
        </w:tc>
      </w:tr>
    </w:tbl>
    <w:p w14:paraId="2EC0B526" w14:textId="77777777" w:rsidR="00E96DAA" w:rsidRDefault="00E96DAA">
      <w:pPr>
        <w:spacing w:after="0"/>
      </w:pPr>
    </w:p>
    <w:p w14:paraId="31F25124" w14:textId="77777777" w:rsidR="00E96DAA" w:rsidRDefault="00FE797B">
      <w:pPr>
        <w:keepNext/>
        <w:spacing w:before="40" w:after="40"/>
      </w:pPr>
      <w:r>
        <w:rPr>
          <w:b/>
        </w:rPr>
        <w:t>Any transfer of data outside the United States: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68"/>
      </w:tblGrid>
      <w:tr w:rsidR="00E96DAA" w14:paraId="50CDBE8B" w14:textId="77777777">
        <w:trPr>
          <w:cantSplit/>
          <w:jc w:val="center"/>
        </w:trPr>
        <w:tc>
          <w:tcPr>
            <w:tcW w:w="1036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F7F7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81F9FDB" w14:textId="77777777" w:rsidR="00E96DAA" w:rsidRDefault="004C1F4E">
            <w:pPr>
              <w:spacing w:after="220"/>
            </w:pPr>
            <w:sdt>
              <w:sdtPr>
                <w:alias w:val="SEC_OUTSIDE_US"/>
                <w:tag w:val="SEC_OUTSIDE_US"/>
                <w:id w:val="1619563350"/>
                <w:text/>
              </w:sdtPr>
              <w:sdtEndPr/>
              <w:sdtContent>
                <w:r w:rsidR="00FE797B">
                  <w:t>Click or tap here to enter text.</w:t>
                </w:r>
              </w:sdtContent>
            </w:sdt>
          </w:p>
        </w:tc>
      </w:tr>
    </w:tbl>
    <w:p w14:paraId="0013C426" w14:textId="77777777" w:rsidR="00E96DAA" w:rsidRDefault="00E96DAA">
      <w:pPr>
        <w:spacing w:after="0"/>
      </w:pPr>
    </w:p>
    <w:p w14:paraId="11589DA1" w14:textId="77777777" w:rsidR="00E96DAA" w:rsidRDefault="00FE797B">
      <w:pPr>
        <w:keepNext/>
        <w:spacing w:before="40" w:after="40"/>
      </w:pPr>
      <w:r>
        <w:rPr>
          <w:b/>
        </w:rPr>
        <w:t>Any AI, machine learning, public generative-AI, or external analytics platform that may receive Innercare data: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68"/>
      </w:tblGrid>
      <w:tr w:rsidR="00E96DAA" w14:paraId="7E67186F" w14:textId="77777777">
        <w:trPr>
          <w:cantSplit/>
          <w:jc w:val="center"/>
        </w:trPr>
        <w:tc>
          <w:tcPr>
            <w:tcW w:w="1036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F7F7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FA3E955" w14:textId="77777777" w:rsidR="00E96DAA" w:rsidRDefault="004C1F4E">
            <w:pPr>
              <w:spacing w:after="220"/>
            </w:pPr>
            <w:sdt>
              <w:sdtPr>
                <w:alias w:val="SEC_AI"/>
                <w:tag w:val="SEC_AI"/>
                <w:id w:val="1014347948"/>
                <w:text/>
              </w:sdtPr>
              <w:sdtEndPr/>
              <w:sdtContent>
                <w:r w:rsidR="00FE797B">
                  <w:t>Click or tap here to enter text.</w:t>
                </w:r>
              </w:sdtContent>
            </w:sdt>
          </w:p>
        </w:tc>
      </w:tr>
    </w:tbl>
    <w:p w14:paraId="54214638" w14:textId="77777777" w:rsidR="00E96DAA" w:rsidRDefault="00E96DAA">
      <w:pPr>
        <w:spacing w:after="0"/>
      </w:pPr>
    </w:p>
    <w:p w14:paraId="1B8FC1C4" w14:textId="77777777" w:rsidR="00E96DAA" w:rsidRDefault="00FE797B">
      <w:pPr>
        <w:keepNext/>
        <w:spacing w:before="40" w:after="40"/>
      </w:pPr>
      <w:r>
        <w:rPr>
          <w:b/>
        </w:rPr>
        <w:t>Any linkage of Innercare data with other datasets: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68"/>
      </w:tblGrid>
      <w:tr w:rsidR="00E96DAA" w14:paraId="693BF448" w14:textId="77777777">
        <w:trPr>
          <w:cantSplit/>
          <w:jc w:val="center"/>
        </w:trPr>
        <w:tc>
          <w:tcPr>
            <w:tcW w:w="1036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F7F7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509337F" w14:textId="77777777" w:rsidR="00E96DAA" w:rsidRDefault="004C1F4E">
            <w:pPr>
              <w:spacing w:after="220"/>
            </w:pPr>
            <w:sdt>
              <w:sdtPr>
                <w:alias w:val="SEC_LINKAGE"/>
                <w:tag w:val="SEC_LINKAGE"/>
                <w:id w:val="-99424722"/>
                <w:text/>
              </w:sdtPr>
              <w:sdtEndPr/>
              <w:sdtContent>
                <w:r w:rsidR="00FE797B">
                  <w:t>Click or tap here to enter text.</w:t>
                </w:r>
              </w:sdtContent>
            </w:sdt>
          </w:p>
        </w:tc>
      </w:tr>
    </w:tbl>
    <w:p w14:paraId="3C176F68" w14:textId="77777777" w:rsidR="00E96DAA" w:rsidRDefault="00E96DAA">
      <w:pPr>
        <w:spacing w:after="0"/>
      </w:pPr>
    </w:p>
    <w:p w14:paraId="6A19CF48" w14:textId="77777777" w:rsidR="00E96DAA" w:rsidRDefault="00FE797B">
      <w:pPr>
        <w:pStyle w:val="Heading1"/>
        <w:spacing w:before="160" w:after="60"/>
      </w:pPr>
      <w:r>
        <w:t>7. Recruitment and Patient Interaction</w:t>
      </w:r>
    </w:p>
    <w:p w14:paraId="7B31E993" w14:textId="77777777" w:rsidR="00E96DAA" w:rsidRDefault="00FE797B" w:rsidP="000C3640">
      <w:pPr>
        <w:spacing w:after="0" w:line="240" w:lineRule="auto"/>
      </w:pPr>
      <w:r>
        <w:rPr>
          <w:b/>
        </w:rPr>
        <w:t>Will Innercare patients/subjects be recruited?</w:t>
      </w:r>
    </w:p>
    <w:p w14:paraId="44DAA63C" w14:textId="77777777" w:rsidR="00E96DAA" w:rsidRDefault="00FE797B" w:rsidP="000C3640">
      <w:pPr>
        <w:spacing w:after="0" w:line="240" w:lineRule="auto"/>
      </w:pPr>
      <w:r>
        <w:t>☐ Yes   ☐ No   ☐ Possibly</w:t>
      </w:r>
    </w:p>
    <w:p w14:paraId="13283320" w14:textId="77777777" w:rsidR="00E96DAA" w:rsidRDefault="00FE797B">
      <w:pPr>
        <w:keepNext/>
        <w:spacing w:before="40" w:after="40"/>
      </w:pPr>
      <w:r>
        <w:rPr>
          <w:b/>
        </w:rPr>
        <w:t>Estimated number of Innercare participants: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68"/>
      </w:tblGrid>
      <w:tr w:rsidR="00E96DAA" w14:paraId="62370C31" w14:textId="77777777">
        <w:trPr>
          <w:cantSplit/>
          <w:jc w:val="center"/>
        </w:trPr>
        <w:tc>
          <w:tcPr>
            <w:tcW w:w="1036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F7F7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83E189D" w14:textId="77777777" w:rsidR="00E96DAA" w:rsidRDefault="004C1F4E">
            <w:pPr>
              <w:spacing w:after="0"/>
            </w:pPr>
            <w:sdt>
              <w:sdtPr>
                <w:alias w:val="PARTICIPANT_COUNT"/>
                <w:tag w:val="PARTICIPANT_COUNT"/>
                <w:id w:val="-1568334659"/>
                <w:text/>
              </w:sdtPr>
              <w:sdtEndPr/>
              <w:sdtContent>
                <w:r w:rsidR="00FE797B">
                  <w:t>Click or tap here to enter text.</w:t>
                </w:r>
              </w:sdtContent>
            </w:sdt>
          </w:p>
        </w:tc>
      </w:tr>
    </w:tbl>
    <w:p w14:paraId="74DB8C10" w14:textId="77777777" w:rsidR="00E96DAA" w:rsidRDefault="00E96DAA">
      <w:pPr>
        <w:spacing w:after="0"/>
      </w:pPr>
    </w:p>
    <w:p w14:paraId="259940F8" w14:textId="77777777" w:rsidR="00E96DAA" w:rsidRDefault="00FE797B">
      <w:pPr>
        <w:keepNext/>
        <w:spacing w:before="40" w:after="40"/>
      </w:pPr>
      <w:r>
        <w:rPr>
          <w:b/>
        </w:rPr>
        <w:lastRenderedPageBreak/>
        <w:t>What will participation involve?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68"/>
      </w:tblGrid>
      <w:tr w:rsidR="00E96DAA" w14:paraId="45035900" w14:textId="77777777">
        <w:trPr>
          <w:cantSplit/>
          <w:jc w:val="center"/>
        </w:trPr>
        <w:tc>
          <w:tcPr>
            <w:tcW w:w="1036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F7F7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35E2704" w14:textId="77777777" w:rsidR="00E96DAA" w:rsidRDefault="004C1F4E">
            <w:pPr>
              <w:spacing w:after="440"/>
            </w:pPr>
            <w:sdt>
              <w:sdtPr>
                <w:alias w:val="PARTICIPATION_INVOLVEMENT"/>
                <w:tag w:val="PARTICIPATION_INVOLVEMENT"/>
                <w:id w:val="-1676259767"/>
                <w:text/>
              </w:sdtPr>
              <w:sdtEndPr/>
              <w:sdtContent>
                <w:r w:rsidR="00FE797B">
                  <w:t>Click or tap here to enter text.</w:t>
                </w:r>
              </w:sdtContent>
            </w:sdt>
          </w:p>
        </w:tc>
      </w:tr>
    </w:tbl>
    <w:p w14:paraId="2C7A3163" w14:textId="77777777" w:rsidR="00E96DAA" w:rsidRDefault="00E96DAA">
      <w:pPr>
        <w:spacing w:after="0"/>
      </w:pPr>
    </w:p>
    <w:p w14:paraId="66C57B61" w14:textId="77777777" w:rsidR="00E96DAA" w:rsidRDefault="00FE797B">
      <w:pPr>
        <w:keepNext/>
        <w:spacing w:before="40" w:after="40"/>
      </w:pPr>
      <w:r>
        <w:rPr>
          <w:b/>
        </w:rPr>
        <w:t>Describe recruitment workflow, including who will approach patients, where/when, scripts/materials, and expected role of Innercare staff: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68"/>
      </w:tblGrid>
      <w:tr w:rsidR="00E96DAA" w14:paraId="4F9618DE" w14:textId="77777777">
        <w:trPr>
          <w:cantSplit/>
          <w:jc w:val="center"/>
        </w:trPr>
        <w:tc>
          <w:tcPr>
            <w:tcW w:w="1036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F7F7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11B1EF7" w14:textId="77777777" w:rsidR="00E96DAA" w:rsidRDefault="004C1F4E">
            <w:pPr>
              <w:spacing w:after="660"/>
            </w:pPr>
            <w:sdt>
              <w:sdtPr>
                <w:alias w:val="RECRUITMENT_WORKFLOW"/>
                <w:tag w:val="RECRUITMENT_WORKFLOW"/>
                <w:id w:val="-1862348462"/>
                <w:text/>
              </w:sdtPr>
              <w:sdtEndPr/>
              <w:sdtContent>
                <w:r w:rsidR="00FE797B">
                  <w:t>Click or tap here to enter text.</w:t>
                </w:r>
              </w:sdtContent>
            </w:sdt>
          </w:p>
        </w:tc>
      </w:tr>
    </w:tbl>
    <w:p w14:paraId="4C44D07E" w14:textId="77777777" w:rsidR="00E96DAA" w:rsidRDefault="00E96DAA">
      <w:pPr>
        <w:spacing w:after="0"/>
      </w:pPr>
    </w:p>
    <w:p w14:paraId="06FF556F" w14:textId="77777777" w:rsidR="00E96DAA" w:rsidRDefault="00FE797B">
      <w:pPr>
        <w:keepNext/>
        <w:spacing w:before="40" w:after="40"/>
      </w:pPr>
      <w:r>
        <w:rPr>
          <w:b/>
        </w:rPr>
        <w:t>Projected days research staff will be on-site and anticipated on-site activities: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68"/>
      </w:tblGrid>
      <w:tr w:rsidR="00E96DAA" w14:paraId="6C9B6A36" w14:textId="77777777">
        <w:trPr>
          <w:cantSplit/>
          <w:jc w:val="center"/>
        </w:trPr>
        <w:tc>
          <w:tcPr>
            <w:tcW w:w="1036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F7F7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C7D26C5" w14:textId="77777777" w:rsidR="00E96DAA" w:rsidRDefault="004C1F4E">
            <w:pPr>
              <w:spacing w:after="220"/>
            </w:pPr>
            <w:sdt>
              <w:sdtPr>
                <w:alias w:val="ONSITE_DAYS"/>
                <w:tag w:val="ONSITE_DAYS"/>
                <w:id w:val="1888064864"/>
                <w:text/>
              </w:sdtPr>
              <w:sdtEndPr/>
              <w:sdtContent>
                <w:r w:rsidR="00FE797B">
                  <w:t>Click or tap here to enter text.</w:t>
                </w:r>
              </w:sdtContent>
            </w:sdt>
          </w:p>
        </w:tc>
      </w:tr>
    </w:tbl>
    <w:p w14:paraId="21467E19" w14:textId="77777777" w:rsidR="00E96DAA" w:rsidRDefault="00E96DAA">
      <w:pPr>
        <w:spacing w:after="0"/>
      </w:pPr>
    </w:p>
    <w:p w14:paraId="28604EE3" w14:textId="77777777" w:rsidR="00E96DAA" w:rsidRDefault="00FE797B">
      <w:pPr>
        <w:pStyle w:val="Heading1"/>
        <w:spacing w:before="160" w:after="60"/>
      </w:pPr>
      <w:r>
        <w:t>8. Clinic Sites and Operational Impact</w:t>
      </w:r>
    </w:p>
    <w:p w14:paraId="11BF3116" w14:textId="77777777" w:rsidR="00E96DAA" w:rsidRDefault="00FE797B">
      <w:pPr>
        <w:keepNext/>
        <w:spacing w:before="40" w:after="40"/>
      </w:pPr>
      <w:r>
        <w:rPr>
          <w:b/>
        </w:rPr>
        <w:t>Requested Innercare clinic site(s):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68"/>
      </w:tblGrid>
      <w:tr w:rsidR="00E96DAA" w14:paraId="6F3AF753" w14:textId="77777777">
        <w:trPr>
          <w:cantSplit/>
          <w:jc w:val="center"/>
        </w:trPr>
        <w:tc>
          <w:tcPr>
            <w:tcW w:w="1036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F7F7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ECACB91" w14:textId="77777777" w:rsidR="00E96DAA" w:rsidRDefault="004C1F4E">
            <w:pPr>
              <w:spacing w:after="220"/>
            </w:pPr>
            <w:sdt>
              <w:sdtPr>
                <w:alias w:val="CLINIC_SITES"/>
                <w:tag w:val="CLINIC_SITES"/>
                <w:id w:val="-371225476"/>
                <w:text/>
              </w:sdtPr>
              <w:sdtEndPr/>
              <w:sdtContent>
                <w:r w:rsidR="00FE797B">
                  <w:t>Click or tap here to enter text.</w:t>
                </w:r>
              </w:sdtContent>
            </w:sdt>
          </w:p>
        </w:tc>
      </w:tr>
    </w:tbl>
    <w:p w14:paraId="442F1FE4" w14:textId="77777777" w:rsidR="00E96DAA" w:rsidRDefault="00E96DAA">
      <w:pPr>
        <w:spacing w:after="0"/>
      </w:pPr>
    </w:p>
    <w:p w14:paraId="5EE747AA" w14:textId="77777777" w:rsidR="00E96DAA" w:rsidRDefault="00FE797B">
      <w:pPr>
        <w:keepNext/>
        <w:spacing w:before="40" w:after="40"/>
      </w:pPr>
      <w:r>
        <w:rPr>
          <w:b/>
        </w:rPr>
        <w:t>Innercare space needed for project activities: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68"/>
      </w:tblGrid>
      <w:tr w:rsidR="00E96DAA" w14:paraId="7BDB9E4D" w14:textId="77777777">
        <w:trPr>
          <w:cantSplit/>
          <w:jc w:val="center"/>
        </w:trPr>
        <w:tc>
          <w:tcPr>
            <w:tcW w:w="1036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F7F7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9B53CCA" w14:textId="77777777" w:rsidR="00E96DAA" w:rsidRDefault="004C1F4E">
            <w:pPr>
              <w:spacing w:after="220"/>
            </w:pPr>
            <w:sdt>
              <w:sdtPr>
                <w:alias w:val="SPACE_NEEDED"/>
                <w:tag w:val="SPACE_NEEDED"/>
                <w:id w:val="-774640321"/>
                <w:text/>
              </w:sdtPr>
              <w:sdtEndPr/>
              <w:sdtContent>
                <w:r w:rsidR="00FE797B">
                  <w:t>Click or tap here to enter text.</w:t>
                </w:r>
              </w:sdtContent>
            </w:sdt>
          </w:p>
        </w:tc>
      </w:tr>
    </w:tbl>
    <w:p w14:paraId="3354E264" w14:textId="77777777" w:rsidR="00E96DAA" w:rsidRDefault="00E96DAA">
      <w:pPr>
        <w:spacing w:after="0"/>
      </w:pPr>
    </w:p>
    <w:p w14:paraId="5A7DD7E4" w14:textId="77777777" w:rsidR="00E96DAA" w:rsidRDefault="00FE797B">
      <w:pPr>
        <w:keepNext/>
        <w:spacing w:before="40" w:after="40"/>
      </w:pPr>
      <w:r>
        <w:rPr>
          <w:b/>
        </w:rPr>
        <w:t>Operational/workflow impact (forms, training, staffing, EHR builds/reports, scheduling, equipment, etc.):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68"/>
      </w:tblGrid>
      <w:tr w:rsidR="00E96DAA" w14:paraId="6C161B3F" w14:textId="77777777">
        <w:trPr>
          <w:cantSplit/>
          <w:jc w:val="center"/>
        </w:trPr>
        <w:tc>
          <w:tcPr>
            <w:tcW w:w="1036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F7F7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8D01D32" w14:textId="77777777" w:rsidR="00E96DAA" w:rsidRDefault="004C1F4E">
            <w:pPr>
              <w:spacing w:after="660"/>
            </w:pPr>
            <w:sdt>
              <w:sdtPr>
                <w:alias w:val="OPERATIONAL_IMPACT"/>
                <w:tag w:val="OPERATIONAL_IMPACT"/>
                <w:id w:val="-1510370753"/>
                <w:text/>
              </w:sdtPr>
              <w:sdtEndPr/>
              <w:sdtContent>
                <w:r w:rsidR="00FE797B">
                  <w:t>Click or tap here to enter text.</w:t>
                </w:r>
              </w:sdtContent>
            </w:sdt>
          </w:p>
        </w:tc>
      </w:tr>
    </w:tbl>
    <w:p w14:paraId="27203321" w14:textId="77777777" w:rsidR="00E96DAA" w:rsidRDefault="00E96DAA">
      <w:pPr>
        <w:spacing w:after="0"/>
      </w:pPr>
    </w:p>
    <w:p w14:paraId="19563A8E" w14:textId="77777777" w:rsidR="00E96DAA" w:rsidRDefault="00FE797B">
      <w:pPr>
        <w:pStyle w:val="Heading1"/>
        <w:spacing w:before="160" w:after="60"/>
      </w:pPr>
      <w:r>
        <w:t>9. Innercare Resources Requested</w:t>
      </w:r>
    </w:p>
    <w:p w14:paraId="1C110A97" w14:textId="77777777" w:rsidR="00E96DAA" w:rsidRDefault="00FE797B">
      <w:pPr>
        <w:keepNext/>
        <w:spacing w:before="40" w:after="40"/>
      </w:pPr>
      <w:r>
        <w:rPr>
          <w:b/>
        </w:rPr>
        <w:t>Innercare staff/roles requested to support project activities: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68"/>
      </w:tblGrid>
      <w:tr w:rsidR="00E96DAA" w14:paraId="35C5A596" w14:textId="77777777">
        <w:trPr>
          <w:cantSplit/>
          <w:jc w:val="center"/>
        </w:trPr>
        <w:tc>
          <w:tcPr>
            <w:tcW w:w="1036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F7F7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4D014C0" w14:textId="77777777" w:rsidR="00E96DAA" w:rsidRDefault="004C1F4E">
            <w:pPr>
              <w:spacing w:after="440"/>
            </w:pPr>
            <w:sdt>
              <w:sdtPr>
                <w:alias w:val="STAFF_ROLES"/>
                <w:tag w:val="STAFF_ROLES"/>
                <w:id w:val="-1687054304"/>
                <w:text/>
              </w:sdtPr>
              <w:sdtEndPr/>
              <w:sdtContent>
                <w:r w:rsidR="00FE797B">
                  <w:t>Click or tap here to enter text.</w:t>
                </w:r>
              </w:sdtContent>
            </w:sdt>
          </w:p>
        </w:tc>
      </w:tr>
    </w:tbl>
    <w:p w14:paraId="7A6E2CE7" w14:textId="77777777" w:rsidR="00E96DAA" w:rsidRDefault="00E96DAA">
      <w:pPr>
        <w:spacing w:after="0"/>
      </w:pPr>
    </w:p>
    <w:p w14:paraId="6FBD89B5" w14:textId="77777777" w:rsidR="00E96DAA" w:rsidRDefault="00FE797B" w:rsidP="00DE552E">
      <w:pPr>
        <w:spacing w:after="0" w:line="240" w:lineRule="auto"/>
      </w:pPr>
      <w:r>
        <w:rPr>
          <w:b/>
        </w:rPr>
        <w:t>Grant/application support requested:</w:t>
      </w:r>
    </w:p>
    <w:p w14:paraId="5558E541" w14:textId="77777777" w:rsidR="00E96DAA" w:rsidRDefault="00FE797B" w:rsidP="00DE552E">
      <w:pPr>
        <w:spacing w:after="0" w:line="240" w:lineRule="auto"/>
      </w:pPr>
      <w:r>
        <w:t>☐ Writing support   ☐ Feasibility/workflow input   ☐ Letter(s) of support   ☐ Data availability confirmation</w:t>
      </w:r>
    </w:p>
    <w:p w14:paraId="4E5FDC3C" w14:textId="77777777" w:rsidR="00E96DAA" w:rsidRDefault="00FE797B" w:rsidP="00DE552E">
      <w:pPr>
        <w:spacing w:after="0" w:line="240" w:lineRule="auto"/>
      </w:pPr>
      <w:r>
        <w:t>☐ Budget/justification input   ☐ Subcontract documents   ☐ Other</w:t>
      </w:r>
    </w:p>
    <w:p w14:paraId="4E90B9AB" w14:textId="77777777" w:rsidR="00E96DAA" w:rsidRDefault="00FE797B">
      <w:pPr>
        <w:keepNext/>
        <w:spacing w:before="40" w:after="40"/>
      </w:pPr>
      <w:r>
        <w:rPr>
          <w:b/>
        </w:rPr>
        <w:lastRenderedPageBreak/>
        <w:t>Additional documents or information requested from Innercare: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68"/>
      </w:tblGrid>
      <w:tr w:rsidR="00E96DAA" w14:paraId="1F8AB7B3" w14:textId="77777777">
        <w:trPr>
          <w:cantSplit/>
          <w:jc w:val="center"/>
        </w:trPr>
        <w:tc>
          <w:tcPr>
            <w:tcW w:w="1036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F7F7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12FC717" w14:textId="77777777" w:rsidR="00E96DAA" w:rsidRDefault="004C1F4E">
            <w:pPr>
              <w:spacing w:after="220"/>
            </w:pPr>
            <w:sdt>
              <w:sdtPr>
                <w:alias w:val="ADDITIONAL_REQUESTS"/>
                <w:tag w:val="ADDITIONAL_REQUESTS"/>
                <w:id w:val="-2115352297"/>
                <w:text/>
              </w:sdtPr>
              <w:sdtEndPr/>
              <w:sdtContent>
                <w:r w:rsidR="00FE797B">
                  <w:t>Click or tap here to enter text.</w:t>
                </w:r>
              </w:sdtContent>
            </w:sdt>
          </w:p>
        </w:tc>
      </w:tr>
    </w:tbl>
    <w:p w14:paraId="27B6045A" w14:textId="77777777" w:rsidR="00E96DAA" w:rsidRDefault="00E96DAA">
      <w:pPr>
        <w:spacing w:after="0"/>
      </w:pPr>
    </w:p>
    <w:p w14:paraId="0CD1BEA0" w14:textId="77777777" w:rsidR="00E96DAA" w:rsidRDefault="00FE797B">
      <w:pPr>
        <w:pStyle w:val="Heading1"/>
        <w:spacing w:before="160" w:after="60"/>
      </w:pPr>
      <w:r>
        <w:t>10. Funding and Budget</w:t>
      </w:r>
    </w:p>
    <w:p w14:paraId="658AB001" w14:textId="77777777" w:rsidR="00E96DAA" w:rsidRDefault="00FE797B" w:rsidP="00287945">
      <w:pPr>
        <w:spacing w:after="0" w:line="240" w:lineRule="auto"/>
      </w:pPr>
      <w:r>
        <w:rPr>
          <w:b/>
        </w:rPr>
        <w:t>Funding status:</w:t>
      </w:r>
    </w:p>
    <w:p w14:paraId="148EF2D4" w14:textId="77777777" w:rsidR="00E96DAA" w:rsidRDefault="00FE797B" w:rsidP="00287945">
      <w:pPr>
        <w:spacing w:after="0" w:line="240" w:lineRule="auto"/>
      </w:pPr>
      <w:r>
        <w:t>☐ Funded   ☐ Seeking funding   ☐ Pending decision</w:t>
      </w:r>
    </w:p>
    <w:p w14:paraId="4B066809" w14:textId="77777777" w:rsidR="00E96DAA" w:rsidRDefault="00FE797B">
      <w:pPr>
        <w:keepNext/>
        <w:spacing w:before="40" w:after="40"/>
      </w:pPr>
      <w:r>
        <w:rPr>
          <w:b/>
        </w:rPr>
        <w:t>Funding agency / sponsor: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68"/>
      </w:tblGrid>
      <w:tr w:rsidR="00E96DAA" w14:paraId="3B69AADF" w14:textId="77777777">
        <w:trPr>
          <w:cantSplit/>
          <w:jc w:val="center"/>
        </w:trPr>
        <w:tc>
          <w:tcPr>
            <w:tcW w:w="1036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F7F7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FD203E0" w14:textId="77777777" w:rsidR="00E96DAA" w:rsidRDefault="004C1F4E">
            <w:pPr>
              <w:spacing w:after="0"/>
            </w:pPr>
            <w:sdt>
              <w:sdtPr>
                <w:alias w:val="FUNDER"/>
                <w:tag w:val="FUNDER"/>
                <w:id w:val="-1915312048"/>
                <w:text/>
              </w:sdtPr>
              <w:sdtEndPr/>
              <w:sdtContent>
                <w:r w:rsidR="00FE797B">
                  <w:t>Click or tap here to enter text.</w:t>
                </w:r>
              </w:sdtContent>
            </w:sdt>
          </w:p>
        </w:tc>
      </w:tr>
    </w:tbl>
    <w:p w14:paraId="5FCD02BA" w14:textId="77777777" w:rsidR="00E96DAA" w:rsidRDefault="00E96DAA">
      <w:pPr>
        <w:spacing w:after="0"/>
      </w:pPr>
    </w:p>
    <w:p w14:paraId="56EE91FB" w14:textId="77777777" w:rsidR="00E96DAA" w:rsidRDefault="00FE797B">
      <w:pPr>
        <w:keepNext/>
        <w:spacing w:before="40" w:after="40"/>
      </w:pPr>
      <w:r>
        <w:rPr>
          <w:b/>
        </w:rPr>
        <w:t>Funding mechanism / opportunity link: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68"/>
      </w:tblGrid>
      <w:tr w:rsidR="00E96DAA" w14:paraId="136704F9" w14:textId="77777777">
        <w:trPr>
          <w:cantSplit/>
          <w:jc w:val="center"/>
        </w:trPr>
        <w:tc>
          <w:tcPr>
            <w:tcW w:w="1036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F7F7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963200E" w14:textId="77777777" w:rsidR="00E96DAA" w:rsidRDefault="004C1F4E">
            <w:pPr>
              <w:spacing w:after="0"/>
            </w:pPr>
            <w:sdt>
              <w:sdtPr>
                <w:alias w:val="FUNDING_MECH"/>
                <w:tag w:val="FUNDING_MECH"/>
                <w:id w:val="362954836"/>
                <w:text/>
              </w:sdtPr>
              <w:sdtEndPr/>
              <w:sdtContent>
                <w:r w:rsidR="00FE797B">
                  <w:t>Click or tap here to enter text.</w:t>
                </w:r>
              </w:sdtContent>
            </w:sdt>
          </w:p>
        </w:tc>
      </w:tr>
    </w:tbl>
    <w:p w14:paraId="72368B09" w14:textId="77777777" w:rsidR="00E96DAA" w:rsidRDefault="00E96DAA">
      <w:pPr>
        <w:spacing w:after="0"/>
      </w:pPr>
    </w:p>
    <w:p w14:paraId="3180DC85" w14:textId="77777777" w:rsidR="00E96DAA" w:rsidRDefault="00FE797B">
      <w:pPr>
        <w:keepNext/>
        <w:spacing w:before="40" w:after="40"/>
      </w:pPr>
      <w:r>
        <w:rPr>
          <w:b/>
        </w:rPr>
        <w:t>Award/project period (MM/YYYY–MM/YYYY):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68"/>
      </w:tblGrid>
      <w:tr w:rsidR="00E96DAA" w14:paraId="6E7776AF" w14:textId="77777777">
        <w:trPr>
          <w:cantSplit/>
          <w:jc w:val="center"/>
        </w:trPr>
        <w:tc>
          <w:tcPr>
            <w:tcW w:w="1036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F7F7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798A4B9" w14:textId="77777777" w:rsidR="00E96DAA" w:rsidRDefault="004C1F4E">
            <w:pPr>
              <w:spacing w:after="0"/>
            </w:pPr>
            <w:sdt>
              <w:sdtPr>
                <w:alias w:val="AWARD_PERIOD"/>
                <w:tag w:val="AWARD_PERIOD"/>
                <w:id w:val="-337158700"/>
                <w:text/>
              </w:sdtPr>
              <w:sdtEndPr/>
              <w:sdtContent>
                <w:r w:rsidR="00FE797B">
                  <w:t>Click or tap here to enter text.</w:t>
                </w:r>
              </w:sdtContent>
            </w:sdt>
          </w:p>
        </w:tc>
      </w:tr>
    </w:tbl>
    <w:p w14:paraId="78110D35" w14:textId="77777777" w:rsidR="00E96DAA" w:rsidRDefault="00E96DAA">
      <w:pPr>
        <w:spacing w:after="0"/>
      </w:pPr>
    </w:p>
    <w:p w14:paraId="4134B15A" w14:textId="77777777" w:rsidR="00E96DAA" w:rsidRDefault="00FE797B">
      <w:pPr>
        <w:keepNext/>
        <w:spacing w:before="40" w:after="40"/>
      </w:pPr>
      <w:r>
        <w:rPr>
          <w:b/>
        </w:rPr>
        <w:t>Total direct costs and F&amp;A rate, if known: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68"/>
      </w:tblGrid>
      <w:tr w:rsidR="00E96DAA" w14:paraId="7322415E" w14:textId="77777777">
        <w:trPr>
          <w:cantSplit/>
          <w:jc w:val="center"/>
        </w:trPr>
        <w:tc>
          <w:tcPr>
            <w:tcW w:w="1036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F7F7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D84905B" w14:textId="77777777" w:rsidR="00E96DAA" w:rsidRDefault="004C1F4E">
            <w:pPr>
              <w:spacing w:after="0"/>
            </w:pPr>
            <w:sdt>
              <w:sdtPr>
                <w:alias w:val="DIRECT_COSTS"/>
                <w:tag w:val="DIRECT_COSTS"/>
                <w:id w:val="54899459"/>
                <w:text/>
              </w:sdtPr>
              <w:sdtEndPr/>
              <w:sdtContent>
                <w:r w:rsidR="00FE797B">
                  <w:t>Click or tap here to enter text.</w:t>
                </w:r>
              </w:sdtContent>
            </w:sdt>
          </w:p>
        </w:tc>
      </w:tr>
    </w:tbl>
    <w:p w14:paraId="04329D8D" w14:textId="77777777" w:rsidR="00E96DAA" w:rsidRDefault="00E96DAA">
      <w:pPr>
        <w:spacing w:after="0"/>
      </w:pPr>
    </w:p>
    <w:p w14:paraId="24D2DB01" w14:textId="77777777" w:rsidR="00E96DAA" w:rsidRDefault="00FE797B">
      <w:pPr>
        <w:keepNext/>
        <w:spacing w:before="40" w:after="40"/>
      </w:pPr>
      <w:r>
        <w:rPr>
          <w:b/>
        </w:rPr>
        <w:t>Application due date / LOI due date: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68"/>
      </w:tblGrid>
      <w:tr w:rsidR="00E96DAA" w14:paraId="70F0098C" w14:textId="77777777">
        <w:trPr>
          <w:cantSplit/>
          <w:jc w:val="center"/>
        </w:trPr>
        <w:tc>
          <w:tcPr>
            <w:tcW w:w="1036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F7F7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828725B" w14:textId="77777777" w:rsidR="00E96DAA" w:rsidRDefault="004C1F4E">
            <w:pPr>
              <w:spacing w:after="0"/>
            </w:pPr>
            <w:sdt>
              <w:sdtPr>
                <w:alias w:val="DUE_DATES"/>
                <w:tag w:val="DUE_DATES"/>
                <w:id w:val="-1519393127"/>
                <w:text/>
              </w:sdtPr>
              <w:sdtEndPr/>
              <w:sdtContent>
                <w:r w:rsidR="00FE797B">
                  <w:t>Click or tap here to enter text.</w:t>
                </w:r>
              </w:sdtContent>
            </w:sdt>
          </w:p>
        </w:tc>
      </w:tr>
    </w:tbl>
    <w:p w14:paraId="43AB3F2A" w14:textId="77777777" w:rsidR="00E96DAA" w:rsidRDefault="00E96DAA">
      <w:pPr>
        <w:spacing w:after="0"/>
      </w:pPr>
    </w:p>
    <w:p w14:paraId="1BA2F91D" w14:textId="77777777" w:rsidR="00E96DAA" w:rsidRDefault="00FE797B">
      <w:pPr>
        <w:keepNext/>
        <w:spacing w:before="40" w:after="40"/>
      </w:pPr>
      <w:r>
        <w:rPr>
          <w:b/>
        </w:rPr>
        <w:t>Approximate subcontract budget for Innercare: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68"/>
      </w:tblGrid>
      <w:tr w:rsidR="00E96DAA" w14:paraId="02A7B850" w14:textId="77777777">
        <w:trPr>
          <w:cantSplit/>
          <w:jc w:val="center"/>
        </w:trPr>
        <w:tc>
          <w:tcPr>
            <w:tcW w:w="1036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F7F7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63B929E" w14:textId="77777777" w:rsidR="00E96DAA" w:rsidRDefault="004C1F4E">
            <w:pPr>
              <w:spacing w:after="0"/>
            </w:pPr>
            <w:sdt>
              <w:sdtPr>
                <w:alias w:val="INNERCARE_BUDGET"/>
                <w:tag w:val="INNERCARE_BUDGET"/>
                <w:id w:val="-1930950824"/>
                <w:text/>
              </w:sdtPr>
              <w:sdtEndPr/>
              <w:sdtContent>
                <w:r w:rsidR="00FE797B">
                  <w:t>Click or tap here to enter text.</w:t>
                </w:r>
              </w:sdtContent>
            </w:sdt>
          </w:p>
        </w:tc>
      </w:tr>
    </w:tbl>
    <w:p w14:paraId="77568ADC" w14:textId="77777777" w:rsidR="00E96DAA" w:rsidRDefault="00E96DAA">
      <w:pPr>
        <w:spacing w:after="0"/>
      </w:pPr>
    </w:p>
    <w:p w14:paraId="4E1A03CC" w14:textId="77777777" w:rsidR="00E96DAA" w:rsidRDefault="00FE797B">
      <w:pPr>
        <w:keepNext/>
        <w:spacing w:before="40" w:after="40"/>
      </w:pPr>
      <w:r>
        <w:rPr>
          <w:b/>
        </w:rPr>
        <w:t>Number and types of Innercare staff needed: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68"/>
      </w:tblGrid>
      <w:tr w:rsidR="00E96DAA" w14:paraId="756FFD1C" w14:textId="77777777">
        <w:trPr>
          <w:cantSplit/>
          <w:jc w:val="center"/>
        </w:trPr>
        <w:tc>
          <w:tcPr>
            <w:tcW w:w="1036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F7F7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7108CD6" w14:textId="77777777" w:rsidR="00E96DAA" w:rsidRDefault="004C1F4E">
            <w:pPr>
              <w:spacing w:after="220"/>
            </w:pPr>
            <w:sdt>
              <w:sdtPr>
                <w:alias w:val="INNERCARE_STAFFING"/>
                <w:tag w:val="INNERCARE_STAFFING"/>
                <w:id w:val="1643078184"/>
                <w:text/>
              </w:sdtPr>
              <w:sdtEndPr/>
              <w:sdtContent>
                <w:r w:rsidR="00FE797B">
                  <w:t>Click or tap here to enter text.</w:t>
                </w:r>
              </w:sdtContent>
            </w:sdt>
          </w:p>
        </w:tc>
      </w:tr>
    </w:tbl>
    <w:p w14:paraId="644E08CA" w14:textId="77777777" w:rsidR="00E96DAA" w:rsidRDefault="00E96DAA">
      <w:pPr>
        <w:spacing w:after="0"/>
      </w:pPr>
    </w:p>
    <w:p w14:paraId="20B423B2" w14:textId="77777777" w:rsidR="00E96DAA" w:rsidRDefault="00FE797B">
      <w:pPr>
        <w:keepNext/>
        <w:spacing w:before="40" w:after="40"/>
      </w:pPr>
      <w:r>
        <w:rPr>
          <w:b/>
        </w:rPr>
        <w:t>Other anticipated budget items (equipment, supplies, mileage, etc.):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68"/>
      </w:tblGrid>
      <w:tr w:rsidR="00E96DAA" w14:paraId="7495D373" w14:textId="77777777">
        <w:trPr>
          <w:cantSplit/>
          <w:jc w:val="center"/>
        </w:trPr>
        <w:tc>
          <w:tcPr>
            <w:tcW w:w="1036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F7F7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9CA363C" w14:textId="77777777" w:rsidR="00E96DAA" w:rsidRDefault="004C1F4E">
            <w:pPr>
              <w:spacing w:after="220"/>
            </w:pPr>
            <w:sdt>
              <w:sdtPr>
                <w:alias w:val="BUDGET_ITEMS"/>
                <w:tag w:val="BUDGET_ITEMS"/>
                <w:id w:val="991840559"/>
                <w:text/>
              </w:sdtPr>
              <w:sdtEndPr/>
              <w:sdtContent>
                <w:r w:rsidR="00FE797B">
                  <w:t>Click or tap here to enter text.</w:t>
                </w:r>
              </w:sdtContent>
            </w:sdt>
          </w:p>
        </w:tc>
      </w:tr>
    </w:tbl>
    <w:p w14:paraId="32DDD139" w14:textId="77777777" w:rsidR="00E96DAA" w:rsidRDefault="00E96DAA">
      <w:pPr>
        <w:spacing w:after="0"/>
      </w:pPr>
    </w:p>
    <w:p w14:paraId="02B047A9" w14:textId="77777777" w:rsidR="00E96DAA" w:rsidRDefault="00FE797B">
      <w:pPr>
        <w:pStyle w:val="Heading1"/>
        <w:spacing w:before="160" w:after="60"/>
      </w:pPr>
      <w:r>
        <w:lastRenderedPageBreak/>
        <w:t>11. Outcomes, Publications, and Secondary Use</w:t>
      </w:r>
    </w:p>
    <w:p w14:paraId="3FB9CA9A" w14:textId="77777777" w:rsidR="00E96DAA" w:rsidRDefault="00FE797B">
      <w:pPr>
        <w:keepNext/>
        <w:spacing w:before="40" w:after="40"/>
      </w:pPr>
      <w:r>
        <w:rPr>
          <w:b/>
        </w:rPr>
        <w:t>Expected outcomes and benefits to Innercare and/or its patients/communities: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68"/>
      </w:tblGrid>
      <w:tr w:rsidR="00E96DAA" w14:paraId="3958C066" w14:textId="77777777">
        <w:trPr>
          <w:cantSplit/>
          <w:jc w:val="center"/>
        </w:trPr>
        <w:tc>
          <w:tcPr>
            <w:tcW w:w="1036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F7F7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59E563B" w14:textId="77777777" w:rsidR="00E96DAA" w:rsidRDefault="004C1F4E">
            <w:pPr>
              <w:spacing w:after="440"/>
            </w:pPr>
            <w:sdt>
              <w:sdtPr>
                <w:alias w:val="EXPECTED_BENEFITS"/>
                <w:tag w:val="EXPECTED_BENEFITS"/>
                <w:id w:val="1824384562"/>
                <w:text/>
              </w:sdtPr>
              <w:sdtEndPr/>
              <w:sdtContent>
                <w:r w:rsidR="00FE797B">
                  <w:t>Click or tap here to enter text.</w:t>
                </w:r>
              </w:sdtContent>
            </w:sdt>
          </w:p>
        </w:tc>
      </w:tr>
    </w:tbl>
    <w:p w14:paraId="1CD9D8DB" w14:textId="77777777" w:rsidR="00E96DAA" w:rsidRDefault="00E96DAA">
      <w:pPr>
        <w:spacing w:after="0"/>
      </w:pPr>
    </w:p>
    <w:p w14:paraId="6C610E31" w14:textId="77777777" w:rsidR="00E96DAA" w:rsidRDefault="00FE797B" w:rsidP="00B61D51">
      <w:pPr>
        <w:spacing w:after="0" w:line="240" w:lineRule="auto"/>
      </w:pPr>
      <w:r>
        <w:rPr>
          <w:b/>
        </w:rPr>
        <w:t>Please indicate anticipated publication/dissemination terms:</w:t>
      </w:r>
    </w:p>
    <w:p w14:paraId="626A5653" w14:textId="77777777" w:rsidR="00E96DAA" w:rsidRDefault="00FE797B" w:rsidP="00B61D51">
      <w:pPr>
        <w:spacing w:after="0" w:line="240" w:lineRule="auto"/>
      </w:pPr>
      <w:r>
        <w:t>☐ Innercare may review manuscripts/abstracts/presentations before submission   ☐ Innercare/clinics may be named   ☐ Results will be returned to Innercare/participating communities</w:t>
      </w:r>
    </w:p>
    <w:p w14:paraId="247E96FB" w14:textId="77777777" w:rsidR="00E96DAA" w:rsidRDefault="00FE797B" w:rsidP="00B61D51">
      <w:pPr>
        <w:spacing w:after="0" w:line="240" w:lineRule="auto"/>
      </w:pPr>
      <w:r>
        <w:t>☐ Innercare staff may be co-authors when authorship criteria are met   ☐ Innercare staff may present results at conferences   ☐ Future/secondary use of data is anticipated</w:t>
      </w:r>
    </w:p>
    <w:p w14:paraId="2772D315" w14:textId="77777777" w:rsidR="00E96DAA" w:rsidRDefault="00FE797B">
      <w:pPr>
        <w:keepNext/>
        <w:spacing w:before="40" w:after="40"/>
      </w:pPr>
      <w:r>
        <w:rPr>
          <w:b/>
        </w:rPr>
        <w:t>Describe any restrictions, data ownership terms, repository sharing, commercialization, future use, or other publication/secondary-use considerations: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68"/>
      </w:tblGrid>
      <w:tr w:rsidR="00E96DAA" w14:paraId="0EE6A885" w14:textId="77777777">
        <w:trPr>
          <w:cantSplit/>
          <w:jc w:val="center"/>
        </w:trPr>
        <w:tc>
          <w:tcPr>
            <w:tcW w:w="1036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F7F7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B18936F" w14:textId="77777777" w:rsidR="00E96DAA" w:rsidRDefault="004C1F4E">
            <w:pPr>
              <w:spacing w:after="660"/>
            </w:pPr>
            <w:sdt>
              <w:sdtPr>
                <w:alias w:val="PUBLICATION_TERMS"/>
                <w:tag w:val="PUBLICATION_TERMS"/>
                <w:id w:val="-239492736"/>
                <w:text/>
              </w:sdtPr>
              <w:sdtEndPr/>
              <w:sdtContent>
                <w:r w:rsidR="00FE797B">
                  <w:t>Click or tap here to enter text.</w:t>
                </w:r>
              </w:sdtContent>
            </w:sdt>
          </w:p>
        </w:tc>
      </w:tr>
    </w:tbl>
    <w:p w14:paraId="41DBAED0" w14:textId="77777777" w:rsidR="00E96DAA" w:rsidRDefault="00E96DAA">
      <w:pPr>
        <w:spacing w:after="0"/>
      </w:pPr>
    </w:p>
    <w:p w14:paraId="23CE39C1" w14:textId="77777777" w:rsidR="00E96DAA" w:rsidRDefault="00FE797B">
      <w:pPr>
        <w:pStyle w:val="Heading1"/>
        <w:spacing w:before="160" w:after="60"/>
      </w:pPr>
      <w:r>
        <w:t>12. Questions / Items to Discuss</w:t>
      </w:r>
    </w:p>
    <w:p w14:paraId="398A72F0" w14:textId="77777777" w:rsidR="00E96DAA" w:rsidRDefault="00FE797B">
      <w:pPr>
        <w:keepNext/>
        <w:spacing w:before="40" w:after="40"/>
      </w:pPr>
      <w:r>
        <w:rPr>
          <w:b/>
        </w:rPr>
        <w:t>Questions or topics you would like to discuss with Innercare: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68"/>
      </w:tblGrid>
      <w:tr w:rsidR="00E96DAA" w14:paraId="4520D76B" w14:textId="77777777">
        <w:trPr>
          <w:cantSplit/>
          <w:jc w:val="center"/>
        </w:trPr>
        <w:tc>
          <w:tcPr>
            <w:tcW w:w="1036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F7F7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F682227" w14:textId="77777777" w:rsidR="00E96DAA" w:rsidRDefault="004C1F4E">
            <w:pPr>
              <w:spacing w:after="440"/>
            </w:pPr>
            <w:sdt>
              <w:sdtPr>
                <w:alias w:val="QUESTIONS"/>
                <w:tag w:val="QUESTIONS"/>
                <w:id w:val="1373968461"/>
                <w:text/>
              </w:sdtPr>
              <w:sdtEndPr/>
              <w:sdtContent>
                <w:r w:rsidR="00FE797B">
                  <w:t>Click or tap here to enter text.</w:t>
                </w:r>
              </w:sdtContent>
            </w:sdt>
          </w:p>
        </w:tc>
      </w:tr>
    </w:tbl>
    <w:p w14:paraId="17F501E9" w14:textId="77777777" w:rsidR="00E96DAA" w:rsidRDefault="00E96DAA">
      <w:pPr>
        <w:spacing w:after="0"/>
      </w:pPr>
    </w:p>
    <w:p w14:paraId="2D56F98C" w14:textId="77777777" w:rsidR="00E96DAA" w:rsidRDefault="00E96DAA">
      <w:pPr>
        <w:spacing w:before="200"/>
      </w:pPr>
    </w:p>
    <w:p w14:paraId="33EB58E9" w14:textId="77777777" w:rsidR="00831FB0" w:rsidRDefault="00831FB0">
      <w:pPr>
        <w:spacing w:before="200"/>
      </w:pPr>
    </w:p>
    <w:p w14:paraId="3DD8F827" w14:textId="77777777" w:rsidR="00831FB0" w:rsidRDefault="00831FB0">
      <w:pPr>
        <w:spacing w:before="200"/>
      </w:pPr>
    </w:p>
    <w:p w14:paraId="7AD6A181" w14:textId="77777777" w:rsidR="00831FB0" w:rsidRDefault="00831FB0">
      <w:pPr>
        <w:spacing w:before="200"/>
      </w:pPr>
    </w:p>
    <w:p w14:paraId="45DC89CE" w14:textId="77777777" w:rsidR="00831FB0" w:rsidRDefault="00831FB0">
      <w:pPr>
        <w:spacing w:before="200"/>
      </w:pPr>
    </w:p>
    <w:p w14:paraId="5B73F2B2" w14:textId="77777777" w:rsidR="00831FB0" w:rsidRDefault="00831FB0">
      <w:pPr>
        <w:spacing w:before="200"/>
      </w:pPr>
    </w:p>
    <w:p w14:paraId="0DF4E778" w14:textId="77777777" w:rsidR="00AC6A3F" w:rsidRDefault="00AC6A3F">
      <w:pPr>
        <w:spacing w:before="200"/>
      </w:pPr>
    </w:p>
    <w:p w14:paraId="1FFAD69A" w14:textId="77777777" w:rsidR="00AC6A3F" w:rsidRDefault="00AC6A3F">
      <w:pPr>
        <w:spacing w:before="200"/>
      </w:pPr>
    </w:p>
    <w:p w14:paraId="3E5F5D58" w14:textId="77777777" w:rsidR="00AC6A3F" w:rsidRDefault="00AC6A3F">
      <w:pPr>
        <w:spacing w:before="200"/>
      </w:pPr>
    </w:p>
    <w:p w14:paraId="13FBE6D3" w14:textId="77777777" w:rsidR="00AC6A3F" w:rsidRDefault="00AC6A3F">
      <w:pPr>
        <w:spacing w:before="200"/>
      </w:pPr>
    </w:p>
    <w:p w14:paraId="500F48A0" w14:textId="77777777" w:rsidR="00831FB0" w:rsidRDefault="00831FB0">
      <w:pPr>
        <w:spacing w:before="200"/>
      </w:pPr>
    </w:p>
    <w:p w14:paraId="4A346E1A" w14:textId="77777777" w:rsidR="00831FB0" w:rsidRDefault="00831FB0">
      <w:pPr>
        <w:spacing w:before="20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1280"/>
      </w:tblGrid>
      <w:tr w:rsidR="00E96DAA" w14:paraId="11DFEB83" w14:textId="77777777" w:rsidTr="004C1F4E">
        <w:tc>
          <w:tcPr>
            <w:tcW w:w="11280" w:type="dxa"/>
            <w:tcBorders>
              <w:top w:val="single" w:sz="5" w:space="0" w:color="93C47D"/>
              <w:left w:val="single" w:sz="5" w:space="0" w:color="93C47D"/>
              <w:bottom w:val="single" w:sz="5" w:space="0" w:color="93C47D"/>
              <w:right w:val="single" w:sz="5" w:space="0" w:color="93C47D"/>
            </w:tcBorders>
            <w:shd w:val="clear" w:color="auto" w:fill="D9EAD3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CB048A5" w14:textId="77777777" w:rsidR="00E96DAA" w:rsidRDefault="00FE797B">
            <w:pPr>
              <w:jc w:val="center"/>
            </w:pPr>
            <w:r>
              <w:rPr>
                <w:b/>
                <w:sz w:val="24"/>
              </w:rPr>
              <w:lastRenderedPageBreak/>
              <w:t>INNERCARE INTERNAL STAFF USE ONLY</w:t>
            </w:r>
          </w:p>
        </w:tc>
      </w:tr>
    </w:tbl>
    <w:p w14:paraId="565AC6F2" w14:textId="77777777" w:rsidR="00E96DAA" w:rsidRDefault="00FE797B">
      <w:pPr>
        <w:keepNext/>
        <w:spacing w:before="40" w:after="40"/>
      </w:pPr>
      <w:r>
        <w:rPr>
          <w:b/>
        </w:rPr>
        <w:t>Date received: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68"/>
      </w:tblGrid>
      <w:tr w:rsidR="00E96DAA" w14:paraId="47CB086F" w14:textId="77777777">
        <w:trPr>
          <w:cantSplit/>
          <w:jc w:val="center"/>
        </w:trPr>
        <w:tc>
          <w:tcPr>
            <w:tcW w:w="1036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F7F7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38F2141" w14:textId="77777777" w:rsidR="00E96DAA" w:rsidRDefault="004C1F4E">
            <w:pPr>
              <w:spacing w:after="0"/>
            </w:pPr>
            <w:sdt>
              <w:sdtPr>
                <w:alias w:val="INT_DATE_RECEIVED"/>
                <w:tag w:val="INT_DATE_RECEIVED"/>
                <w:id w:val="-1443451005"/>
                <w:text/>
              </w:sdtPr>
              <w:sdtEndPr/>
              <w:sdtContent>
                <w:r w:rsidR="00FE797B">
                  <w:t>Click or tap here to enter text.</w:t>
                </w:r>
              </w:sdtContent>
            </w:sdt>
          </w:p>
        </w:tc>
      </w:tr>
    </w:tbl>
    <w:p w14:paraId="530F6B0E" w14:textId="77777777" w:rsidR="00E96DAA" w:rsidRDefault="00E96DAA">
      <w:pPr>
        <w:spacing w:after="0"/>
      </w:pPr>
    </w:p>
    <w:p w14:paraId="118AE509" w14:textId="77777777" w:rsidR="00E96DAA" w:rsidRDefault="00FE797B">
      <w:pPr>
        <w:keepNext/>
        <w:spacing w:before="40" w:after="40"/>
      </w:pPr>
      <w:r>
        <w:rPr>
          <w:b/>
        </w:rPr>
        <w:t>Date reviewed by MRC/CAC: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68"/>
      </w:tblGrid>
      <w:tr w:rsidR="00E96DAA" w14:paraId="53769347" w14:textId="77777777">
        <w:trPr>
          <w:cantSplit/>
          <w:jc w:val="center"/>
        </w:trPr>
        <w:tc>
          <w:tcPr>
            <w:tcW w:w="1036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F7F7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88141CB" w14:textId="77777777" w:rsidR="00E96DAA" w:rsidRDefault="004C1F4E">
            <w:pPr>
              <w:spacing w:after="0"/>
            </w:pPr>
            <w:sdt>
              <w:sdtPr>
                <w:alias w:val="INT_DATE_REVIEWED"/>
                <w:tag w:val="INT_DATE_REVIEWED"/>
                <w:id w:val="1670060670"/>
                <w:text/>
              </w:sdtPr>
              <w:sdtEndPr/>
              <w:sdtContent>
                <w:r w:rsidR="00FE797B">
                  <w:t>Click or tap here to enter text.</w:t>
                </w:r>
              </w:sdtContent>
            </w:sdt>
          </w:p>
        </w:tc>
      </w:tr>
    </w:tbl>
    <w:p w14:paraId="06FCFE90" w14:textId="77777777" w:rsidR="00E96DAA" w:rsidRDefault="00E96DAA">
      <w:pPr>
        <w:spacing w:after="0"/>
      </w:pPr>
    </w:p>
    <w:p w14:paraId="32BE7FC7" w14:textId="77777777" w:rsidR="00E96DAA" w:rsidRDefault="00FE797B">
      <w:pPr>
        <w:keepNext/>
        <w:spacing w:before="40" w:after="40"/>
      </w:pPr>
      <w:r>
        <w:rPr>
          <w:b/>
        </w:rPr>
        <w:t>Clinical champion identified: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68"/>
      </w:tblGrid>
      <w:tr w:rsidR="00E96DAA" w14:paraId="6FB5049B" w14:textId="77777777">
        <w:trPr>
          <w:cantSplit/>
          <w:jc w:val="center"/>
        </w:trPr>
        <w:tc>
          <w:tcPr>
            <w:tcW w:w="1036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F7F7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138C83D" w14:textId="77777777" w:rsidR="00E96DAA" w:rsidRDefault="004C1F4E">
            <w:pPr>
              <w:spacing w:after="0"/>
            </w:pPr>
            <w:sdt>
              <w:sdtPr>
                <w:alias w:val="INT_CHAMPION"/>
                <w:tag w:val="INT_CHAMPION"/>
                <w:id w:val="348995286"/>
                <w:text/>
              </w:sdtPr>
              <w:sdtEndPr/>
              <w:sdtContent>
                <w:r w:rsidR="00FE797B">
                  <w:t>Click or tap here to enter text.</w:t>
                </w:r>
              </w:sdtContent>
            </w:sdt>
          </w:p>
        </w:tc>
      </w:tr>
    </w:tbl>
    <w:p w14:paraId="0E7EB183" w14:textId="77777777" w:rsidR="00E96DAA" w:rsidRDefault="00E96DAA">
      <w:pPr>
        <w:spacing w:after="0"/>
      </w:pPr>
    </w:p>
    <w:p w14:paraId="2D6CA42A" w14:textId="77777777" w:rsidR="00E96DAA" w:rsidRDefault="00FE797B">
      <w:pPr>
        <w:keepNext/>
        <w:spacing w:before="40" w:after="40"/>
      </w:pPr>
      <w:r>
        <w:rPr>
          <w:b/>
        </w:rPr>
        <w:t>Clinic locations identified: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68"/>
      </w:tblGrid>
      <w:tr w:rsidR="00E96DAA" w14:paraId="077103EA" w14:textId="77777777">
        <w:trPr>
          <w:cantSplit/>
          <w:jc w:val="center"/>
        </w:trPr>
        <w:tc>
          <w:tcPr>
            <w:tcW w:w="1036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F7F7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BE2B43A" w14:textId="77777777" w:rsidR="00E96DAA" w:rsidRDefault="004C1F4E">
            <w:pPr>
              <w:spacing w:after="0"/>
            </w:pPr>
            <w:sdt>
              <w:sdtPr>
                <w:alias w:val="INT_LOCATIONS"/>
                <w:tag w:val="INT_LOCATIONS"/>
                <w:id w:val="106014858"/>
                <w:text/>
              </w:sdtPr>
              <w:sdtEndPr/>
              <w:sdtContent>
                <w:r w:rsidR="00FE797B">
                  <w:t>Click or tap here to enter text.</w:t>
                </w:r>
              </w:sdtContent>
            </w:sdt>
          </w:p>
        </w:tc>
      </w:tr>
    </w:tbl>
    <w:p w14:paraId="15AFE321" w14:textId="77777777" w:rsidR="00E96DAA" w:rsidRDefault="00E96DAA">
      <w:pPr>
        <w:spacing w:after="0"/>
      </w:pPr>
    </w:p>
    <w:p w14:paraId="17A92888" w14:textId="77777777" w:rsidR="00E96DAA" w:rsidRDefault="00FE797B" w:rsidP="00875B74">
      <w:pPr>
        <w:spacing w:after="0" w:line="240" w:lineRule="auto"/>
      </w:pPr>
      <w:r>
        <w:rPr>
          <w:b/>
        </w:rPr>
        <w:t>Intake completeness:</w:t>
      </w:r>
    </w:p>
    <w:p w14:paraId="4F849E15" w14:textId="77777777" w:rsidR="00E96DAA" w:rsidRDefault="00FE797B" w:rsidP="00875B74">
      <w:pPr>
        <w:spacing w:after="0" w:line="240" w:lineRule="auto"/>
      </w:pPr>
      <w:r>
        <w:t>☐ Complete   ☐ Incomplete — returned for follow-up</w:t>
      </w:r>
    </w:p>
    <w:p w14:paraId="138CD82F" w14:textId="77777777" w:rsidR="00875B74" w:rsidRDefault="00875B74" w:rsidP="00875B74">
      <w:pPr>
        <w:spacing w:after="0" w:line="240" w:lineRule="auto"/>
      </w:pPr>
    </w:p>
    <w:p w14:paraId="2DB159B5" w14:textId="77777777" w:rsidR="00E96DAA" w:rsidRDefault="00FE797B" w:rsidP="00875B74">
      <w:pPr>
        <w:spacing w:after="0" w:line="240" w:lineRule="auto"/>
      </w:pPr>
      <w:r>
        <w:rPr>
          <w:b/>
        </w:rPr>
        <w:t>Sensitive data flags:</w:t>
      </w:r>
    </w:p>
    <w:p w14:paraId="07CB3293" w14:textId="77777777" w:rsidR="00E96DAA" w:rsidRDefault="00FE797B" w:rsidP="00875B74">
      <w:pPr>
        <w:spacing w:after="0" w:line="240" w:lineRule="auto"/>
      </w:pPr>
      <w:r>
        <w:t>☐ BH   ☐ SUD   ☐ Minors   ☐ Other sensitive   ☐ None / general</w:t>
      </w:r>
    </w:p>
    <w:p w14:paraId="38794D3A" w14:textId="77777777" w:rsidR="00875B74" w:rsidRDefault="00875B74" w:rsidP="00875B74">
      <w:pPr>
        <w:spacing w:after="0" w:line="240" w:lineRule="auto"/>
      </w:pPr>
    </w:p>
    <w:p w14:paraId="195FDF43" w14:textId="77777777" w:rsidR="00E96DAA" w:rsidRDefault="00FE797B" w:rsidP="00875B74">
      <w:pPr>
        <w:spacing w:after="0" w:line="240" w:lineRule="auto"/>
      </w:pPr>
      <w:r>
        <w:rPr>
          <w:b/>
        </w:rPr>
        <w:t>Required agreements/documents:</w:t>
      </w:r>
    </w:p>
    <w:p w14:paraId="0E04C71D" w14:textId="77777777" w:rsidR="00E96DAA" w:rsidRDefault="00FE797B" w:rsidP="00875B74">
      <w:pPr>
        <w:spacing w:after="0" w:line="240" w:lineRule="auto"/>
      </w:pPr>
      <w:r>
        <w:t>☐ BAA   ☐ DUA/DTUA   ☐ Subaward/Subcontract   ☐ IRB reliance   ☐ Consent/Authorization   ☐ Waiver   ☐ Other</w:t>
      </w:r>
    </w:p>
    <w:p w14:paraId="29288EE9" w14:textId="77777777" w:rsidR="00875B74" w:rsidRDefault="00875B74" w:rsidP="00875B74">
      <w:pPr>
        <w:spacing w:after="0" w:line="240" w:lineRule="auto"/>
      </w:pPr>
    </w:p>
    <w:p w14:paraId="685758BB" w14:textId="77777777" w:rsidR="00E96DAA" w:rsidRDefault="00FE797B" w:rsidP="00875B74">
      <w:pPr>
        <w:spacing w:after="0" w:line="240" w:lineRule="auto"/>
      </w:pPr>
      <w:r>
        <w:rPr>
          <w:b/>
        </w:rPr>
        <w:t>Route to:</w:t>
      </w:r>
    </w:p>
    <w:p w14:paraId="79F3FCC9" w14:textId="77777777" w:rsidR="00E96DAA" w:rsidRDefault="00FE797B" w:rsidP="00875B74">
      <w:pPr>
        <w:spacing w:after="0" w:line="240" w:lineRule="auto"/>
      </w:pPr>
      <w:r>
        <w:t>☐ Compliance/Privacy   ☐ BH Leadership   ☐ IT/Analytics   ☐ Legal/Contracts   ☐ Clinic Operations   ☐ Other</w:t>
      </w:r>
    </w:p>
    <w:p w14:paraId="74BE6FE0" w14:textId="77777777" w:rsidR="00875B74" w:rsidRDefault="00875B74" w:rsidP="00875B74">
      <w:pPr>
        <w:spacing w:after="0" w:line="240" w:lineRule="auto"/>
      </w:pPr>
    </w:p>
    <w:p w14:paraId="203598B8" w14:textId="77777777" w:rsidR="00E96DAA" w:rsidRDefault="00FE797B">
      <w:pPr>
        <w:keepNext/>
        <w:spacing w:before="40" w:after="40"/>
      </w:pPr>
      <w:r>
        <w:rPr>
          <w:b/>
        </w:rPr>
        <w:t>Recommendations / conditions: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68"/>
      </w:tblGrid>
      <w:tr w:rsidR="00E96DAA" w14:paraId="7A793B16" w14:textId="77777777">
        <w:trPr>
          <w:cantSplit/>
          <w:jc w:val="center"/>
        </w:trPr>
        <w:tc>
          <w:tcPr>
            <w:tcW w:w="10368" w:type="dxa"/>
            <w:tcBorders>
              <w:top w:val="single" w:sz="5" w:space="0" w:color="B7B7B7"/>
              <w:left w:val="single" w:sz="5" w:space="0" w:color="B7B7B7"/>
              <w:bottom w:val="single" w:sz="5" w:space="0" w:color="B7B7B7"/>
              <w:right w:val="single" w:sz="5" w:space="0" w:color="B7B7B7"/>
            </w:tcBorders>
            <w:shd w:val="clear" w:color="auto" w:fill="F7F7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3307B53" w14:textId="77777777" w:rsidR="00E96DAA" w:rsidRDefault="004C1F4E">
            <w:pPr>
              <w:spacing w:after="440"/>
            </w:pPr>
            <w:sdt>
              <w:sdtPr>
                <w:alias w:val="INT_RECOMMENDATIONS"/>
                <w:tag w:val="INT_RECOMMENDATIONS"/>
                <w:id w:val="1810826415"/>
                <w:text/>
              </w:sdtPr>
              <w:sdtEndPr/>
              <w:sdtContent>
                <w:r w:rsidR="00FE797B">
                  <w:t>Click or tap here to enter text.</w:t>
                </w:r>
              </w:sdtContent>
            </w:sdt>
          </w:p>
        </w:tc>
      </w:tr>
    </w:tbl>
    <w:p w14:paraId="17DCC6E3" w14:textId="77777777" w:rsidR="00E96DAA" w:rsidRDefault="00E96DAA">
      <w:pPr>
        <w:spacing w:after="0"/>
      </w:pPr>
    </w:p>
    <w:p w14:paraId="0BC6C1AB" w14:textId="77777777" w:rsidR="00E96DAA" w:rsidRDefault="00FE797B">
      <w:r>
        <w:rPr>
          <w:b/>
        </w:rPr>
        <w:t>CEO approval:</w:t>
      </w:r>
    </w:p>
    <w:p w14:paraId="6300705F" w14:textId="2295321A" w:rsidR="00E96DAA" w:rsidRDefault="00FE797B">
      <w:pPr>
        <w:spacing w:after="80"/>
      </w:pPr>
      <w:r>
        <w:t xml:space="preserve">☐ Yes </w:t>
      </w:r>
      <w:r w:rsidR="00915521">
        <w:t xml:space="preserve">Date approved: ___________ </w:t>
      </w:r>
      <w:r>
        <w:t xml:space="preserve">  ☐ No   ☐ Pending</w:t>
      </w:r>
    </w:p>
    <w:sectPr w:rsidR="00E96DAA" w:rsidSect="002D3A92">
      <w:footerReference w:type="default" r:id="rId8"/>
      <w:pgSz w:w="12240" w:h="15840"/>
      <w:pgMar w:top="792" w:right="576" w:bottom="1152" w:left="576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7105D7" w14:textId="77777777" w:rsidR="00FE797B" w:rsidRDefault="00FE797B">
      <w:pPr>
        <w:spacing w:after="0" w:line="240" w:lineRule="auto"/>
      </w:pPr>
      <w:r>
        <w:separator/>
      </w:r>
    </w:p>
  </w:endnote>
  <w:endnote w:type="continuationSeparator" w:id="0">
    <w:p w14:paraId="5F90889E" w14:textId="77777777" w:rsidR="00FE797B" w:rsidRDefault="00FE79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Segoe UI" w:hAnsi="Segoe UI" w:cs="Segoe UI"/>
        <w:sz w:val="18"/>
        <w:szCs w:val="18"/>
      </w:rPr>
      <w:id w:val="1180625222"/>
      <w:docPartObj>
        <w:docPartGallery w:val="Page Numbers (Bottom of Page)"/>
        <w:docPartUnique/>
      </w:docPartObj>
    </w:sdtPr>
    <w:sdtEndPr/>
    <w:sdtContent>
      <w:sdt>
        <w:sdtPr>
          <w:rPr>
            <w:rFonts w:ascii="Segoe UI" w:hAnsi="Segoe UI" w:cs="Segoe UI"/>
            <w:sz w:val="18"/>
            <w:szCs w:val="18"/>
          </w:r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26743819" w14:textId="5174E263" w:rsidR="00293D36" w:rsidRPr="002D3A92" w:rsidRDefault="00293D36" w:rsidP="00293D36">
            <w:pPr>
              <w:pStyle w:val="Footer"/>
              <w:rPr>
                <w:rFonts w:ascii="Segoe UI" w:hAnsi="Segoe UI" w:cs="Segoe UI"/>
                <w:sz w:val="18"/>
                <w:szCs w:val="18"/>
              </w:rPr>
            </w:pPr>
            <w:r w:rsidRPr="002D3A92">
              <w:rPr>
                <w:rFonts w:ascii="Segoe UI" w:hAnsi="Segoe UI" w:cs="Segoe UI"/>
                <w:sz w:val="18"/>
                <w:szCs w:val="18"/>
              </w:rPr>
              <w:t xml:space="preserve">Innercare Research Project Interest Form | Research </w:t>
            </w:r>
            <w:r w:rsidR="002D3A92">
              <w:rPr>
                <w:rFonts w:ascii="Segoe UI" w:hAnsi="Segoe UI" w:cs="Segoe UI"/>
                <w:sz w:val="18"/>
                <w:szCs w:val="18"/>
              </w:rPr>
              <w:t>C</w:t>
            </w:r>
            <w:r w:rsidRPr="002D3A92">
              <w:rPr>
                <w:rFonts w:ascii="Segoe UI" w:hAnsi="Segoe UI" w:cs="Segoe UI"/>
                <w:sz w:val="18"/>
                <w:szCs w:val="18"/>
              </w:rPr>
              <w:t xml:space="preserve">ollaboration </w:t>
            </w:r>
            <w:r w:rsidR="002D3A92">
              <w:rPr>
                <w:rFonts w:ascii="Segoe UI" w:hAnsi="Segoe UI" w:cs="Segoe UI"/>
                <w:sz w:val="18"/>
                <w:szCs w:val="18"/>
              </w:rPr>
              <w:t>I</w:t>
            </w:r>
            <w:r w:rsidRPr="002D3A92">
              <w:rPr>
                <w:rFonts w:ascii="Segoe UI" w:hAnsi="Segoe UI" w:cs="Segoe UI"/>
                <w:sz w:val="18"/>
                <w:szCs w:val="18"/>
              </w:rPr>
              <w:t>ntake</w:t>
            </w:r>
            <w:r w:rsidRPr="002D3A92">
              <w:rPr>
                <w:rFonts w:ascii="Segoe UI" w:hAnsi="Segoe UI" w:cs="Segoe UI"/>
                <w:sz w:val="18"/>
                <w:szCs w:val="18"/>
              </w:rPr>
              <w:tab/>
              <w:t xml:space="preserve">Page </w:t>
            </w:r>
            <w:r w:rsidRPr="002D3A92">
              <w:rPr>
                <w:rFonts w:ascii="Segoe UI" w:hAnsi="Segoe UI" w:cs="Segoe UI"/>
                <w:sz w:val="18"/>
                <w:szCs w:val="18"/>
              </w:rPr>
              <w:fldChar w:fldCharType="begin"/>
            </w:r>
            <w:r w:rsidRPr="002D3A92">
              <w:rPr>
                <w:rFonts w:ascii="Segoe UI" w:hAnsi="Segoe UI" w:cs="Segoe UI"/>
                <w:sz w:val="18"/>
                <w:szCs w:val="18"/>
              </w:rPr>
              <w:instrText xml:space="preserve"> PAGE </w:instrText>
            </w:r>
            <w:r w:rsidRPr="002D3A92">
              <w:rPr>
                <w:rFonts w:ascii="Segoe UI" w:hAnsi="Segoe UI" w:cs="Segoe UI"/>
                <w:sz w:val="18"/>
                <w:szCs w:val="18"/>
              </w:rPr>
              <w:fldChar w:fldCharType="separate"/>
            </w:r>
            <w:r w:rsidRPr="002D3A92">
              <w:rPr>
                <w:rFonts w:ascii="Segoe UI" w:hAnsi="Segoe UI" w:cs="Segoe UI"/>
                <w:sz w:val="18"/>
                <w:szCs w:val="18"/>
              </w:rPr>
              <w:t>1</w:t>
            </w:r>
            <w:r w:rsidRPr="002D3A92">
              <w:rPr>
                <w:rFonts w:ascii="Segoe UI" w:hAnsi="Segoe UI" w:cs="Segoe UI"/>
                <w:sz w:val="18"/>
                <w:szCs w:val="18"/>
              </w:rPr>
              <w:fldChar w:fldCharType="end"/>
            </w:r>
            <w:r w:rsidRPr="002D3A92">
              <w:rPr>
                <w:rFonts w:ascii="Segoe UI" w:hAnsi="Segoe UI" w:cs="Segoe UI"/>
                <w:sz w:val="18"/>
                <w:szCs w:val="18"/>
              </w:rPr>
              <w:t xml:space="preserve"> of </w:t>
            </w:r>
            <w:r w:rsidRPr="002D3A92">
              <w:rPr>
                <w:rFonts w:ascii="Segoe UI" w:hAnsi="Segoe UI" w:cs="Segoe UI"/>
                <w:sz w:val="18"/>
                <w:szCs w:val="18"/>
              </w:rPr>
              <w:fldChar w:fldCharType="begin"/>
            </w:r>
            <w:r w:rsidRPr="002D3A92">
              <w:rPr>
                <w:rFonts w:ascii="Segoe UI" w:hAnsi="Segoe UI" w:cs="Segoe UI"/>
                <w:sz w:val="18"/>
                <w:szCs w:val="18"/>
              </w:rPr>
              <w:instrText xml:space="preserve"> NUMPAGES  </w:instrText>
            </w:r>
            <w:r w:rsidRPr="002D3A92">
              <w:rPr>
                <w:rFonts w:ascii="Segoe UI" w:hAnsi="Segoe UI" w:cs="Segoe UI"/>
                <w:sz w:val="18"/>
                <w:szCs w:val="18"/>
              </w:rPr>
              <w:fldChar w:fldCharType="separate"/>
            </w:r>
            <w:r w:rsidRPr="002D3A92">
              <w:rPr>
                <w:rFonts w:ascii="Segoe UI" w:hAnsi="Segoe UI" w:cs="Segoe UI"/>
                <w:sz w:val="18"/>
                <w:szCs w:val="18"/>
              </w:rPr>
              <w:t>9</w:t>
            </w:r>
            <w:r w:rsidRPr="002D3A92">
              <w:rPr>
                <w:rFonts w:ascii="Segoe UI" w:hAnsi="Segoe UI" w:cs="Segoe UI"/>
                <w:sz w:val="18"/>
                <w:szCs w:val="18"/>
              </w:rPr>
              <w:fldChar w:fldCharType="end"/>
            </w:r>
          </w:p>
          <w:p w14:paraId="7727468D" w14:textId="44458736" w:rsidR="00FA4EE9" w:rsidRPr="002D3A92" w:rsidRDefault="004C1F4E">
            <w:pPr>
              <w:pStyle w:val="Footer"/>
              <w:rPr>
                <w:rFonts w:ascii="Segoe UI" w:hAnsi="Segoe UI" w:cs="Segoe UI"/>
                <w:sz w:val="18"/>
                <w:szCs w:val="18"/>
              </w:rPr>
            </w:pPr>
          </w:p>
        </w:sdtContent>
      </w:sdt>
    </w:sdtContent>
  </w:sdt>
  <w:p w14:paraId="0A425780" w14:textId="7CFB9148" w:rsidR="00E96DAA" w:rsidRPr="00C96F04" w:rsidRDefault="00E96DAA" w:rsidP="00C96F0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6DA869" w14:textId="77777777" w:rsidR="00FE797B" w:rsidRDefault="00FE797B">
      <w:pPr>
        <w:spacing w:after="0" w:line="240" w:lineRule="auto"/>
      </w:pPr>
      <w:r>
        <w:separator/>
      </w:r>
    </w:p>
  </w:footnote>
  <w:footnote w:type="continuationSeparator" w:id="0">
    <w:p w14:paraId="702CE5B8" w14:textId="77777777" w:rsidR="00FE797B" w:rsidRDefault="00FE79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C3640"/>
    <w:rsid w:val="00133CE5"/>
    <w:rsid w:val="0015074B"/>
    <w:rsid w:val="001B6A2C"/>
    <w:rsid w:val="00232272"/>
    <w:rsid w:val="00287945"/>
    <w:rsid w:val="00293D36"/>
    <w:rsid w:val="0029639D"/>
    <w:rsid w:val="002A47B3"/>
    <w:rsid w:val="002D3A92"/>
    <w:rsid w:val="00326F90"/>
    <w:rsid w:val="004C1F4E"/>
    <w:rsid w:val="005009C8"/>
    <w:rsid w:val="005D34B5"/>
    <w:rsid w:val="005D6280"/>
    <w:rsid w:val="005E5A25"/>
    <w:rsid w:val="00600D01"/>
    <w:rsid w:val="00613549"/>
    <w:rsid w:val="0069124B"/>
    <w:rsid w:val="00734B2D"/>
    <w:rsid w:val="00831FB0"/>
    <w:rsid w:val="00865AF9"/>
    <w:rsid w:val="00875B74"/>
    <w:rsid w:val="008812E4"/>
    <w:rsid w:val="00915521"/>
    <w:rsid w:val="00962EDC"/>
    <w:rsid w:val="009755F4"/>
    <w:rsid w:val="00A15EA7"/>
    <w:rsid w:val="00AA1D8D"/>
    <w:rsid w:val="00AC6A3F"/>
    <w:rsid w:val="00B47730"/>
    <w:rsid w:val="00B61D51"/>
    <w:rsid w:val="00B6443F"/>
    <w:rsid w:val="00BE407E"/>
    <w:rsid w:val="00C96F04"/>
    <w:rsid w:val="00CB0664"/>
    <w:rsid w:val="00D65AAB"/>
    <w:rsid w:val="00DE552E"/>
    <w:rsid w:val="00E96DAA"/>
    <w:rsid w:val="00EB7568"/>
    <w:rsid w:val="00F04300"/>
    <w:rsid w:val="00FA4EE9"/>
    <w:rsid w:val="00FC693F"/>
    <w:rsid w:val="00FE7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4062061"/>
  <w14:defaultImageDpi w14:val="300"/>
  <w15:docId w15:val="{392CD66D-9521-49BE-81EA-403752CE1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2eb5c39a-1d62-415a-a5b5-c6566aecad36}" enabled="0" method="" siteId="{2eb5c39a-1d62-415a-a5b5-c6566aecad3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1660</Words>
  <Characters>9467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INNERCARE</Company>
  <LinksUpToDate>false</LinksUpToDate>
  <CharactersWithSpaces>11105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COMPLIANCE</dc:subject>
  <dc:creator>LisaD@innercare.org</dc:creator>
  <cp:keywords>Office of Compliance &amp; HIPAA</cp:keywords>
  <dc:description>Corporate Office - Administration</dc:description>
  <cp:lastModifiedBy>Sara Sanders</cp:lastModifiedBy>
  <cp:revision>3</cp:revision>
  <dcterms:created xsi:type="dcterms:W3CDTF">2026-09-01T22:33:00Z</dcterms:created>
  <dcterms:modified xsi:type="dcterms:W3CDTF">2026-09-01T23:00:00Z</dcterms:modified>
  <cp:category/>
</cp:coreProperties>
</file>